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5835A" w14:textId="1CB08916" w:rsidR="00C151C2" w:rsidRPr="001E22C9" w:rsidRDefault="00273B91" w:rsidP="00C807D8">
      <w:pPr>
        <w:spacing w:after="20"/>
        <w:jc w:val="center"/>
        <w:rPr>
          <w:rFonts w:ascii="Calibri" w:eastAsia="Calibri" w:hAnsi="Calibri" w:cs="Calibri"/>
          <w:b/>
          <w:color w:val="244061" w:themeColor="accent1" w:themeShade="80"/>
          <w:sz w:val="28"/>
          <w:szCs w:val="28"/>
          <w:lang w:val="el-GR"/>
        </w:rPr>
      </w:pPr>
      <w:r w:rsidRPr="001E22C9">
        <w:rPr>
          <w:rFonts w:ascii="Calibri" w:eastAsia="Calibri" w:hAnsi="Calibri" w:cs="Calibri"/>
          <w:b/>
          <w:color w:val="244061" w:themeColor="accent1" w:themeShade="80"/>
          <w:sz w:val="28"/>
          <w:szCs w:val="28"/>
          <w:lang w:val="el-GR"/>
        </w:rPr>
        <w:t xml:space="preserve">Έκθεση επί του </w:t>
      </w:r>
      <w:r w:rsidR="00BD6A78" w:rsidRPr="001E22C9">
        <w:rPr>
          <w:rFonts w:ascii="Calibri" w:eastAsia="Calibri" w:hAnsi="Calibri" w:cs="Calibri"/>
          <w:b/>
          <w:color w:val="244061" w:themeColor="accent1" w:themeShade="80"/>
          <w:sz w:val="28"/>
          <w:szCs w:val="28"/>
          <w:lang w:val="el-GR"/>
        </w:rPr>
        <w:t>π</w:t>
      </w:r>
      <w:r w:rsidRPr="001E22C9">
        <w:rPr>
          <w:rFonts w:ascii="Calibri" w:eastAsia="Calibri" w:hAnsi="Calibri" w:cs="Calibri"/>
          <w:b/>
          <w:color w:val="244061" w:themeColor="accent1" w:themeShade="80"/>
          <w:sz w:val="28"/>
          <w:szCs w:val="28"/>
          <w:lang w:val="el-GR"/>
        </w:rPr>
        <w:t xml:space="preserve">ροτεινόμενου Σχεδίου Προϋπολογισμού </w:t>
      </w:r>
      <w:r w:rsidR="00BD6A78" w:rsidRPr="001E22C9">
        <w:rPr>
          <w:rFonts w:ascii="Calibri" w:eastAsia="Calibri" w:hAnsi="Calibri" w:cs="Calibri"/>
          <w:b/>
          <w:color w:val="244061" w:themeColor="accent1" w:themeShade="80"/>
          <w:sz w:val="28"/>
          <w:szCs w:val="28"/>
          <w:lang w:val="el-GR"/>
        </w:rPr>
        <w:t>ο</w:t>
      </w:r>
      <w:r w:rsidRPr="001E22C9">
        <w:rPr>
          <w:rFonts w:ascii="Calibri" w:eastAsia="Calibri" w:hAnsi="Calibri" w:cs="Calibri"/>
          <w:b/>
          <w:color w:val="244061" w:themeColor="accent1" w:themeShade="80"/>
          <w:sz w:val="28"/>
          <w:szCs w:val="28"/>
          <w:lang w:val="el-GR"/>
        </w:rPr>
        <w:t xml:space="preserve">ικονομικού </w:t>
      </w:r>
      <w:r w:rsidR="00BD6A78" w:rsidRPr="001E22C9">
        <w:rPr>
          <w:rFonts w:ascii="Calibri" w:eastAsia="Calibri" w:hAnsi="Calibri" w:cs="Calibri"/>
          <w:b/>
          <w:color w:val="244061" w:themeColor="accent1" w:themeShade="80"/>
          <w:sz w:val="28"/>
          <w:szCs w:val="28"/>
          <w:lang w:val="el-GR"/>
        </w:rPr>
        <w:t>έ</w:t>
      </w:r>
      <w:r w:rsidRPr="001E22C9">
        <w:rPr>
          <w:rFonts w:ascii="Calibri" w:eastAsia="Calibri" w:hAnsi="Calibri" w:cs="Calibri"/>
          <w:b/>
          <w:color w:val="244061" w:themeColor="accent1" w:themeShade="80"/>
          <w:sz w:val="28"/>
          <w:szCs w:val="28"/>
          <w:lang w:val="el-GR"/>
        </w:rPr>
        <w:t>τους 2027</w:t>
      </w:r>
    </w:p>
    <w:p w14:paraId="138CF208" w14:textId="77777777" w:rsidR="00121937" w:rsidRPr="001E22C9" w:rsidRDefault="00121937" w:rsidP="00C807D8">
      <w:pPr>
        <w:spacing w:after="160"/>
        <w:jc w:val="center"/>
        <w:rPr>
          <w:rFonts w:ascii="Calibri" w:eastAsia="Calibri" w:hAnsi="Calibri" w:cs="Calibri"/>
          <w:bCs/>
          <w:color w:val="244061" w:themeColor="accent1" w:themeShade="80"/>
          <w:sz w:val="24"/>
          <w:szCs w:val="24"/>
          <w:lang w:val="el-GR"/>
        </w:rPr>
      </w:pPr>
      <w:r w:rsidRPr="001E22C9">
        <w:rPr>
          <w:rFonts w:ascii="Calibri" w:eastAsia="Calibri" w:hAnsi="Calibri" w:cs="Calibri"/>
          <w:bCs/>
          <w:color w:val="244061" w:themeColor="accent1" w:themeShade="80"/>
          <w:sz w:val="24"/>
          <w:szCs w:val="24"/>
          <w:lang w:val="el-GR"/>
        </w:rPr>
        <w:t>(</w:t>
      </w:r>
      <w:r w:rsidR="00F04831" w:rsidRPr="001E22C9">
        <w:rPr>
          <w:rFonts w:ascii="Calibri" w:eastAsia="Calibri" w:hAnsi="Calibri" w:cs="Calibri"/>
          <w:bCs/>
          <w:color w:val="244061" w:themeColor="accent1" w:themeShade="80"/>
          <w:sz w:val="24"/>
          <w:szCs w:val="24"/>
          <w:lang w:val="el-GR"/>
        </w:rPr>
        <w:t xml:space="preserve">σύμφωνα με την παρ. 2.2.2 του άρθρου 2 της </w:t>
      </w:r>
      <w:r w:rsidRPr="001E22C9">
        <w:rPr>
          <w:rFonts w:ascii="Calibri" w:eastAsia="Calibri" w:hAnsi="Calibri" w:cs="Calibri"/>
          <w:bCs/>
          <w:color w:val="244061" w:themeColor="accent1" w:themeShade="80"/>
          <w:sz w:val="24"/>
          <w:szCs w:val="24"/>
          <w:lang w:val="el-GR"/>
        </w:rPr>
        <w:t xml:space="preserve"> </w:t>
      </w:r>
      <w:r w:rsidR="00F04831" w:rsidRPr="001E22C9">
        <w:rPr>
          <w:rFonts w:ascii="Calibri" w:eastAsia="Calibri" w:hAnsi="Calibri" w:cs="Calibri"/>
          <w:bCs/>
          <w:color w:val="244061" w:themeColor="accent1" w:themeShade="80"/>
          <w:sz w:val="24"/>
          <w:szCs w:val="24"/>
          <w:lang w:val="el-GR"/>
        </w:rPr>
        <w:t>37564/</w:t>
      </w:r>
      <w:r w:rsidR="00BD6A78" w:rsidRPr="001E22C9">
        <w:rPr>
          <w:rFonts w:ascii="Calibri" w:eastAsia="Calibri" w:hAnsi="Calibri" w:cs="Calibri"/>
          <w:bCs/>
          <w:color w:val="244061" w:themeColor="accent1" w:themeShade="80"/>
          <w:sz w:val="24"/>
          <w:szCs w:val="24"/>
          <w:lang w:val="el-GR"/>
        </w:rPr>
        <w:t>03</w:t>
      </w:r>
      <w:r w:rsidR="00F04831" w:rsidRPr="001E22C9">
        <w:rPr>
          <w:rFonts w:ascii="Calibri" w:eastAsia="Calibri" w:hAnsi="Calibri" w:cs="Calibri"/>
          <w:bCs/>
          <w:color w:val="244061" w:themeColor="accent1" w:themeShade="80"/>
          <w:sz w:val="24"/>
          <w:szCs w:val="24"/>
          <w:lang w:val="el-GR"/>
        </w:rPr>
        <w:t xml:space="preserve">.07.2026 </w:t>
      </w:r>
      <w:r w:rsidR="00BD6A78" w:rsidRPr="001E22C9">
        <w:rPr>
          <w:rFonts w:ascii="Calibri" w:eastAsia="Calibri" w:hAnsi="Calibri" w:cs="Calibri"/>
          <w:bCs/>
          <w:color w:val="244061" w:themeColor="accent1" w:themeShade="80"/>
          <w:sz w:val="24"/>
          <w:szCs w:val="24"/>
          <w:lang w:val="el-GR"/>
        </w:rPr>
        <w:t>(Β΄4107) υ.α.)</w:t>
      </w:r>
    </w:p>
    <w:p w14:paraId="212DEAAF" w14:textId="77777777" w:rsidR="00BD6A78" w:rsidRDefault="00BD6A78">
      <w:pPr>
        <w:spacing w:after="160"/>
        <w:jc w:val="center"/>
        <w:rPr>
          <w:rFonts w:ascii="Calibri" w:hAnsi="Calibri" w:cs="Calibri"/>
          <w:sz w:val="28"/>
          <w:szCs w:val="28"/>
          <w:lang w:val="el-GR"/>
        </w:rPr>
      </w:pPr>
    </w:p>
    <w:tbl>
      <w:tblPr>
        <w:tblStyle w:val="afa"/>
        <w:tblW w:w="0" w:type="auto"/>
        <w:jc w:val="center"/>
        <w:tblBorders>
          <w:top w:val="dotted" w:sz="4" w:space="0" w:color="D9D9D9" w:themeColor="background1" w:themeShade="D9"/>
          <w:left w:val="dotted" w:sz="4" w:space="0" w:color="D9D9D9" w:themeColor="background1" w:themeShade="D9"/>
          <w:bottom w:val="dotted" w:sz="4" w:space="0" w:color="D9D9D9" w:themeColor="background1" w:themeShade="D9"/>
          <w:right w:val="dotted" w:sz="4" w:space="0" w:color="D9D9D9" w:themeColor="background1" w:themeShade="D9"/>
          <w:insideH w:val="dotted" w:sz="4" w:space="0" w:color="D9D9D9" w:themeColor="background1" w:themeShade="D9"/>
          <w:insideV w:val="dotted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662"/>
      </w:tblGrid>
      <w:tr w:rsidR="00C151C2" w:rsidRPr="00F23748" w14:paraId="2546D4B0" w14:textId="77777777" w:rsidTr="00E6654C">
        <w:trPr>
          <w:jc w:val="center"/>
        </w:trPr>
        <w:tc>
          <w:tcPr>
            <w:tcW w:w="382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99103E0" w14:textId="77777777" w:rsidR="00C151C2" w:rsidRPr="001E22C9" w:rsidRDefault="001E22C9">
            <w:pPr>
              <w:rPr>
                <w:rFonts w:ascii="Calibri" w:hAnsi="Calibri" w:cs="Calibri"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l-GR"/>
              </w:rPr>
              <w:t>Επωνυμία φορέα:</w:t>
            </w:r>
          </w:p>
        </w:tc>
        <w:bookmarkStart w:id="0" w:name="FOREAS"/>
        <w:tc>
          <w:tcPr>
            <w:tcW w:w="6662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B4EB371" w14:textId="77777777" w:rsidR="00C151C2" w:rsidRPr="001E79C0" w:rsidRDefault="001E79C0" w:rsidP="001E79C0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l-GR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FOREAS"/>
                  <w:enabled/>
                  <w:calcOnExit/>
                  <w:textInput>
                    <w:default w:val="[Επωνυμία φορέα]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[Επωνυμία φορέα]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0"/>
          </w:p>
        </w:tc>
      </w:tr>
      <w:tr w:rsidR="00C151C2" w:rsidRPr="00F23748" w14:paraId="3EF97808" w14:textId="77777777" w:rsidTr="00E6654C">
        <w:trPr>
          <w:jc w:val="center"/>
        </w:trPr>
        <w:tc>
          <w:tcPr>
            <w:tcW w:w="382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95A273A" w14:textId="77777777" w:rsidR="00C151C2" w:rsidRPr="00F23748" w:rsidRDefault="009A40E7">
            <w:pPr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F23748">
              <w:rPr>
                <w:rFonts w:ascii="Calibri" w:hAnsi="Calibri" w:cs="Calibri"/>
                <w:b/>
                <w:sz w:val="24"/>
                <w:szCs w:val="24"/>
                <w:lang w:val="el-GR"/>
              </w:rPr>
              <w:t xml:space="preserve">Μήνας αναφοράς κατάρτισης </w:t>
            </w:r>
            <w:r w:rsidR="001E22C9">
              <w:rPr>
                <w:rFonts w:ascii="Calibri" w:hAnsi="Calibri" w:cs="Calibri"/>
                <w:b/>
                <w:sz w:val="24"/>
                <w:szCs w:val="24"/>
                <w:lang w:val="el-GR"/>
              </w:rPr>
              <w:t>σχεδίου ΠΥ</w:t>
            </w:r>
          </w:p>
        </w:tc>
        <w:bookmarkStart w:id="1" w:name="MINAS_ANAFORAS"/>
        <w:tc>
          <w:tcPr>
            <w:tcW w:w="6662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29F93E5" w14:textId="77777777" w:rsidR="00C151C2" w:rsidRPr="001E79C0" w:rsidRDefault="001E79C0" w:rsidP="001E79C0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l-GR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MINAS_ANAFORAS"/>
                  <w:enabled/>
                  <w:calcOnExit/>
                  <w:textInput>
                    <w:default w:val="[ΜΗΝΑΣ]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[ΜΗΝΑΣ]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"/>
          </w:p>
        </w:tc>
      </w:tr>
    </w:tbl>
    <w:p w14:paraId="593A287C" w14:textId="77777777" w:rsidR="007C7474" w:rsidRDefault="007C7474" w:rsidP="00ED2733">
      <w:pPr>
        <w:tabs>
          <w:tab w:val="left" w:pos="4343"/>
        </w:tabs>
        <w:ind w:left="95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lang w:val="el-GR"/>
        </w:rPr>
        <w:tab/>
      </w:r>
    </w:p>
    <w:tbl>
      <w:tblPr>
        <w:tblStyle w:val="afa"/>
        <w:tblW w:w="0" w:type="auto"/>
        <w:jc w:val="center"/>
        <w:tblBorders>
          <w:top w:val="dotted" w:sz="4" w:space="0" w:color="D9D9D9" w:themeColor="background1" w:themeShade="D9"/>
          <w:left w:val="dotted" w:sz="4" w:space="0" w:color="D9D9D9" w:themeColor="background1" w:themeShade="D9"/>
          <w:bottom w:val="dotted" w:sz="4" w:space="0" w:color="D9D9D9" w:themeColor="background1" w:themeShade="D9"/>
          <w:right w:val="dotted" w:sz="4" w:space="0" w:color="D9D9D9" w:themeColor="background1" w:themeShade="D9"/>
          <w:insideH w:val="dotted" w:sz="4" w:space="0" w:color="D9D9D9" w:themeColor="background1" w:themeShade="D9"/>
          <w:insideV w:val="dotted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6708"/>
      </w:tblGrid>
      <w:tr w:rsidR="007C7474" w:rsidRPr="00F23748" w14:paraId="7A5B542C" w14:textId="77777777" w:rsidTr="00E6654C">
        <w:trPr>
          <w:trHeight w:val="295"/>
          <w:jc w:val="center"/>
        </w:trPr>
        <w:tc>
          <w:tcPr>
            <w:tcW w:w="368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bookmarkStart w:id="2" w:name="HEAD_ROLE"/>
          <w:p w14:paraId="48B49B5D" w14:textId="34823CB1" w:rsidR="002B6E8C" w:rsidRDefault="00EF3B45">
            <w:pPr>
              <w:spacing w:after="0"/>
              <w:rPr>
                <w:rFonts w:ascii="Calibri" w:hAnsi="Calibri" w:cs="Calibri"/>
                <w:b/>
                <w:sz w:val="24"/>
                <w:szCs w:val="24"/>
                <w:lang w:val="el-GR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fldChar w:fldCharType="begin">
                <w:ffData>
                  <w:name w:val="HEAD_ROLE"/>
                  <w:enabled/>
                  <w:calcOnExit/>
                  <w:ddList>
                    <w:result w:val="1"/>
                    <w:listEntry w:val="[Επιλέξτε]"/>
                    <w:listEntry w:val="Δήμαρχος"/>
                    <w:listEntry w:val="Περιφερειάρχης"/>
                    <w:listEntry w:val="Πρόεδρος ΝΠ"/>
                  </w:ddList>
                </w:ffData>
              </w:fldChar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instrText xml:space="preserve"> FORMDROPDOWN </w:instrTex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fldChar w:fldCharType="separate"/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[Επιλέξτε]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fldChar w:fldCharType="end"/>
            </w:r>
            <w:bookmarkEnd w:id="2"/>
          </w:p>
        </w:tc>
        <w:tc>
          <w:tcPr>
            <w:tcW w:w="670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BBBD55" w14:textId="77777777" w:rsidR="007C7474" w:rsidRDefault="007C7474" w:rsidP="001B7B0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7C7474"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"/>
                  <w:enabled/>
                  <w:calcOnExit/>
                  <w:textInput>
                    <w:default w:val="[Ονοματεπώνυμο]"/>
                  </w:textInput>
                </w:ffData>
              </w:fldChar>
            </w:r>
            <w:r w:rsidRPr="007C7474"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 w:rsidRPr="007C7474">
              <w:rPr>
                <w:rFonts w:ascii="Calibri" w:eastAsia="Calibri" w:hAnsi="Calibri" w:cs="Calibri"/>
                <w:sz w:val="24"/>
                <w:szCs w:val="24"/>
              </w:rPr>
            </w:r>
            <w:r w:rsidRPr="007C7474"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Pr="007C7474">
              <w:rPr>
                <w:rFonts w:ascii="Calibri" w:eastAsia="Calibri" w:hAnsi="Calibri" w:cs="Calibri"/>
                <w:noProof/>
                <w:sz w:val="24"/>
                <w:szCs w:val="24"/>
              </w:rPr>
              <w:t>[Ονοματεπώνυμο]</w:t>
            </w:r>
            <w:r w:rsidRPr="007C7474"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</w:tr>
      <w:tr w:rsidR="00DC6961" w:rsidRPr="00F23748" w14:paraId="75A25DA1" w14:textId="77777777" w:rsidTr="00E6654C">
        <w:trPr>
          <w:trHeight w:val="223"/>
          <w:jc w:val="center"/>
        </w:trPr>
        <w:tc>
          <w:tcPr>
            <w:tcW w:w="368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7B649B4" w14:textId="6F34434C" w:rsidR="00DC6961" w:rsidRPr="00DC6961" w:rsidRDefault="00DC6961" w:rsidP="001B7B05">
            <w:pPr>
              <w:spacing w:after="0"/>
              <w:rPr>
                <w:rFonts w:ascii="Calibri" w:hAnsi="Calibri" w:cs="Calibri"/>
                <w:b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l-GR"/>
              </w:rPr>
              <w:t>Προϊστάμενος Οικονομικών Υπηρεσιών</w:t>
            </w:r>
          </w:p>
        </w:tc>
        <w:tc>
          <w:tcPr>
            <w:tcW w:w="670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7363529" w14:textId="035F5368" w:rsidR="00DC6961" w:rsidRPr="007C7474" w:rsidRDefault="00DC6961" w:rsidP="001B7B0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7C7474"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"/>
                  <w:enabled/>
                  <w:calcOnExit/>
                  <w:textInput>
                    <w:default w:val="[Ονοματεπώνυμο]"/>
                  </w:textInput>
                </w:ffData>
              </w:fldChar>
            </w:r>
            <w:r w:rsidRPr="007C7474"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 w:rsidRPr="007C7474">
              <w:rPr>
                <w:rFonts w:ascii="Calibri" w:eastAsia="Calibri" w:hAnsi="Calibri" w:cs="Calibri"/>
                <w:sz w:val="24"/>
                <w:szCs w:val="24"/>
              </w:rPr>
            </w:r>
            <w:r w:rsidRPr="007C7474"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Pr="007C7474">
              <w:rPr>
                <w:rFonts w:ascii="Calibri" w:eastAsia="Calibri" w:hAnsi="Calibri" w:cs="Calibri"/>
                <w:noProof/>
                <w:sz w:val="24"/>
                <w:szCs w:val="24"/>
              </w:rPr>
              <w:t>[Ονοματεπώνυμο]</w:t>
            </w:r>
            <w:r w:rsidRPr="007C7474"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</w:tr>
      <w:tr w:rsidR="00DC6961" w:rsidRPr="00F23748" w14:paraId="4A87A11B" w14:textId="77777777" w:rsidTr="00E6654C">
        <w:trPr>
          <w:trHeight w:val="273"/>
          <w:jc w:val="center"/>
        </w:trPr>
        <w:tc>
          <w:tcPr>
            <w:tcW w:w="368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F4AACC4" w14:textId="77777777" w:rsidR="007C7474" w:rsidRDefault="007C7474" w:rsidP="001B7B05">
            <w:pPr>
              <w:spacing w:after="0"/>
              <w:rPr>
                <w:rFonts w:ascii="Calibri" w:hAnsi="Calibri" w:cs="Calibri"/>
                <w:b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l-GR"/>
              </w:rPr>
              <w:t>Οργανική μονάδα</w:t>
            </w:r>
          </w:p>
          <w:p w14:paraId="5B8FDEE8" w14:textId="28E42317" w:rsidR="007C7474" w:rsidRDefault="007C7474" w:rsidP="001B7B05">
            <w:pPr>
              <w:spacing w:after="0"/>
              <w:rPr>
                <w:rFonts w:ascii="Calibri" w:hAnsi="Calibri" w:cs="Calibri"/>
                <w:b/>
                <w:sz w:val="24"/>
                <w:szCs w:val="24"/>
                <w:lang w:val="el-GR"/>
              </w:rPr>
            </w:pPr>
            <w:r w:rsidRPr="007C7474">
              <w:rPr>
                <w:rFonts w:ascii="Calibri" w:hAnsi="Calibri" w:cs="Calibri"/>
                <w:bCs/>
                <w:sz w:val="18"/>
                <w:szCs w:val="18"/>
                <w:lang w:val="el-GR"/>
              </w:rPr>
              <w:t>(</w:t>
            </w:r>
            <w:r>
              <w:rPr>
                <w:rFonts w:ascii="Calibri" w:hAnsi="Calibri" w:cs="Calibri"/>
                <w:bCs/>
                <w:sz w:val="18"/>
                <w:szCs w:val="18"/>
                <w:lang w:val="el-GR"/>
              </w:rPr>
              <w:t>σύμφωνα με το ψηφιακό οργανόγραμμα</w:t>
            </w:r>
            <w:r w:rsidRPr="007C7474">
              <w:rPr>
                <w:rFonts w:ascii="Calibri" w:hAnsi="Calibri" w:cs="Calibri"/>
                <w:bCs/>
                <w:sz w:val="18"/>
                <w:szCs w:val="18"/>
                <w:lang w:val="el-GR"/>
              </w:rPr>
              <w:t>)</w:t>
            </w:r>
          </w:p>
        </w:tc>
        <w:tc>
          <w:tcPr>
            <w:tcW w:w="670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96749D1" w14:textId="766D7CE7" w:rsidR="00DC6961" w:rsidRPr="007C7474" w:rsidRDefault="007C7474" w:rsidP="001B7B0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7C7474"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"/>
                  <w:enabled/>
                  <w:calcOnExit/>
                  <w:textInput>
                    <w:default w:val="[Οργανική μονάδα]"/>
                  </w:textInput>
                </w:ffData>
              </w:fldChar>
            </w:r>
            <w:r w:rsidRPr="007C7474"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 w:rsidRPr="007C7474">
              <w:rPr>
                <w:rFonts w:ascii="Calibri" w:eastAsia="Calibri" w:hAnsi="Calibri" w:cs="Calibri"/>
                <w:sz w:val="24"/>
                <w:szCs w:val="24"/>
              </w:rPr>
            </w:r>
            <w:r w:rsidRPr="007C7474"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Pr="007C7474">
              <w:rPr>
                <w:rFonts w:ascii="Calibri" w:eastAsia="Calibri" w:hAnsi="Calibri" w:cs="Calibri"/>
                <w:noProof/>
                <w:sz w:val="24"/>
                <w:szCs w:val="24"/>
              </w:rPr>
              <w:t>[Οργανική μονάδα]</w:t>
            </w:r>
            <w:r w:rsidRPr="007C7474"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</w:tr>
    </w:tbl>
    <w:p w14:paraId="037E9B76" w14:textId="77777777" w:rsidR="00C151C2" w:rsidRDefault="009A40E7" w:rsidP="001E22C9">
      <w:pPr>
        <w:spacing w:before="120"/>
        <w:jc w:val="both"/>
        <w:rPr>
          <w:rFonts w:ascii="Calibri" w:hAnsi="Calibri" w:cs="Calibri"/>
          <w:sz w:val="24"/>
          <w:szCs w:val="24"/>
          <w:lang w:val="el-GR"/>
        </w:rPr>
      </w:pPr>
      <w:r w:rsidRPr="00F23748">
        <w:rPr>
          <w:rFonts w:ascii="Calibri" w:hAnsi="Calibri" w:cs="Calibri"/>
          <w:sz w:val="24"/>
          <w:szCs w:val="24"/>
          <w:lang w:val="el-GR"/>
        </w:rPr>
        <w:t>Η παρούσα έκθεση συντάσσεται στο πλαίσιο της κατάρτισης του σχεδίου αναλυτικού προϋπολογισμού οικονομικού έτους 2027</w:t>
      </w:r>
      <w:r w:rsidR="001E22C9">
        <w:rPr>
          <w:rFonts w:ascii="Calibri" w:hAnsi="Calibri" w:cs="Calibri"/>
          <w:sz w:val="24"/>
          <w:szCs w:val="24"/>
          <w:lang w:val="el-GR"/>
        </w:rPr>
        <w:t xml:space="preserve">, </w:t>
      </w:r>
      <w:r w:rsidR="001E22C9" w:rsidRPr="001E22C9">
        <w:rPr>
          <w:rFonts w:ascii="Calibri" w:hAnsi="Calibri" w:cs="Calibri"/>
          <w:sz w:val="24"/>
          <w:szCs w:val="24"/>
          <w:lang w:val="el-GR"/>
        </w:rPr>
        <w:t>σύμφωνα με την παρ. 2.2.2 του άρθρου 2 της  37564/03.07.2026 (Β΄4107) υ.α.</w:t>
      </w:r>
      <w:r w:rsidRPr="00F23748">
        <w:rPr>
          <w:rFonts w:ascii="Calibri" w:hAnsi="Calibri" w:cs="Calibri"/>
          <w:sz w:val="24"/>
          <w:szCs w:val="24"/>
          <w:lang w:val="el-GR"/>
        </w:rPr>
        <w:t xml:space="preserve"> και </w:t>
      </w:r>
      <w:r w:rsidR="009720E9">
        <w:rPr>
          <w:rFonts w:ascii="Calibri" w:hAnsi="Calibri" w:cs="Calibri"/>
          <w:sz w:val="24"/>
          <w:szCs w:val="24"/>
          <w:lang w:val="el-GR"/>
        </w:rPr>
        <w:t>υποβάλλεται μαζί με το αρχείο</w:t>
      </w:r>
      <w:r w:rsidRPr="00F23748">
        <w:rPr>
          <w:rFonts w:ascii="Calibri" w:hAnsi="Calibri" w:cs="Calibri"/>
          <w:sz w:val="24"/>
          <w:szCs w:val="24"/>
          <w:lang w:val="el-GR"/>
        </w:rPr>
        <w:t xml:space="preserve"> ΑΝΑΛΥΤΙΚΟΣ-ΠΥ_98-2027 στον Κόμβο Οικονομικής Πληροφόρησης Τοπικής Αυτοδιοίκησης.</w:t>
      </w:r>
    </w:p>
    <w:tbl>
      <w:tblPr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10490"/>
      </w:tblGrid>
      <w:tr w:rsidR="00C151C2" w:rsidRPr="006753F3" w14:paraId="68DC7805" w14:textId="77777777" w:rsidTr="000A0C4E">
        <w:trPr>
          <w:jc w:val="center"/>
        </w:trPr>
        <w:tc>
          <w:tcPr>
            <w:tcW w:w="10490" w:type="dxa"/>
            <w:shd w:val="clear" w:color="auto" w:fill="EEECE1" w:themeFill="background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B1EAC19" w14:textId="77777777" w:rsidR="00C151C2" w:rsidRPr="00F23748" w:rsidRDefault="009A40E7">
            <w:pPr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F23748">
              <w:rPr>
                <w:rFonts w:ascii="Calibri" w:hAnsi="Calibri" w:cs="Calibri"/>
                <w:b/>
                <w:sz w:val="24"/>
                <w:szCs w:val="24"/>
                <w:lang w:val="el-GR"/>
              </w:rPr>
              <w:t>ΟΔΗΓΙΕΣ ΣΥΜΠΛΗΡΩΣΗΣ</w:t>
            </w:r>
          </w:p>
          <w:p w14:paraId="52BD17B1" w14:textId="77777777" w:rsidR="00C151C2" w:rsidRDefault="009A40E7">
            <w:pPr>
              <w:spacing w:after="20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F23748">
              <w:rPr>
                <w:rFonts w:ascii="Calibri" w:hAnsi="Calibri" w:cs="Calibri"/>
                <w:sz w:val="24"/>
                <w:szCs w:val="24"/>
                <w:lang w:val="el-GR"/>
              </w:rPr>
              <w:t xml:space="preserve">• Συμπληρώνονται μόνο τα πεδία </w:t>
            </w:r>
            <w:r w:rsidR="001E79C0">
              <w:rPr>
                <w:rFonts w:ascii="Calibri" w:hAnsi="Calibri" w:cs="Calibri"/>
                <w:sz w:val="24"/>
                <w:szCs w:val="24"/>
                <w:lang w:val="el-GR"/>
              </w:rPr>
              <w:t>με γκρι πλαίσιο</w:t>
            </w:r>
            <w:r w:rsidRPr="00F23748">
              <w:rPr>
                <w:rFonts w:ascii="Calibri" w:hAnsi="Calibri" w:cs="Calibri"/>
                <w:sz w:val="24"/>
                <w:szCs w:val="24"/>
                <w:lang w:val="el-GR"/>
              </w:rPr>
              <w:t>.</w:t>
            </w:r>
          </w:p>
          <w:p w14:paraId="3B42CE9F" w14:textId="77777777" w:rsidR="001E79C0" w:rsidRDefault="001E79C0" w:rsidP="001E79C0">
            <w:pPr>
              <w:spacing w:after="20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F23748">
              <w:rPr>
                <w:rFonts w:ascii="Calibri" w:hAnsi="Calibri" w:cs="Calibri"/>
                <w:sz w:val="24"/>
                <w:szCs w:val="24"/>
                <w:lang w:val="el-GR"/>
              </w:rPr>
              <w:t xml:space="preserve">• </w:t>
            </w:r>
            <w:r>
              <w:rPr>
                <w:rFonts w:ascii="Calibri" w:hAnsi="Calibri" w:cs="Calibri"/>
                <w:sz w:val="24"/>
                <w:szCs w:val="24"/>
                <w:lang w:val="el-GR"/>
              </w:rPr>
              <w:t xml:space="preserve">Η μετάβαση στο επόμενο πεδίο πραγματοποιείται με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tab</w:t>
            </w:r>
            <w:r w:rsidRPr="00F23748">
              <w:rPr>
                <w:rFonts w:ascii="Calibri" w:hAnsi="Calibri" w:cs="Calibri"/>
                <w:sz w:val="24"/>
                <w:szCs w:val="24"/>
                <w:lang w:val="el-GR"/>
              </w:rPr>
              <w:t>.</w:t>
            </w:r>
          </w:p>
          <w:p w14:paraId="0CFD8421" w14:textId="77777777" w:rsidR="00C151C2" w:rsidRPr="00F23748" w:rsidRDefault="009A40E7">
            <w:pPr>
              <w:spacing w:after="20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F23748">
              <w:rPr>
                <w:rFonts w:ascii="Calibri" w:hAnsi="Calibri" w:cs="Calibri"/>
                <w:sz w:val="24"/>
                <w:szCs w:val="24"/>
                <w:lang w:val="el-GR"/>
              </w:rPr>
              <w:t xml:space="preserve">• Τα </w:t>
            </w:r>
            <w:r w:rsidR="001E79C0">
              <w:rPr>
                <w:rFonts w:ascii="Calibri" w:hAnsi="Calibri" w:cs="Calibri"/>
                <w:sz w:val="24"/>
                <w:szCs w:val="24"/>
                <w:lang w:val="el-GR"/>
              </w:rPr>
              <w:t xml:space="preserve">υπολογιζόμενα </w:t>
            </w:r>
            <w:r w:rsidRPr="00F23748">
              <w:rPr>
                <w:rFonts w:ascii="Calibri" w:hAnsi="Calibri" w:cs="Calibri"/>
                <w:sz w:val="24"/>
                <w:szCs w:val="24"/>
                <w:lang w:val="el-GR"/>
              </w:rPr>
              <w:t>πεδία προκύπτουν από τα στοιχεία που έχουν καταχωριστεί.</w:t>
            </w:r>
          </w:p>
          <w:p w14:paraId="74C29BB5" w14:textId="77777777" w:rsidR="00C151C2" w:rsidRPr="00F23748" w:rsidRDefault="009A40E7">
            <w:pPr>
              <w:spacing w:after="20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F23748">
              <w:rPr>
                <w:rFonts w:ascii="Calibri" w:hAnsi="Calibri" w:cs="Calibri"/>
                <w:sz w:val="24"/>
                <w:szCs w:val="24"/>
                <w:lang w:val="el-GR"/>
              </w:rPr>
              <w:t>• Όλα τα ποσά αναγράφονται σε ευρώ (€).</w:t>
            </w:r>
          </w:p>
        </w:tc>
      </w:tr>
    </w:tbl>
    <w:p w14:paraId="6CF54F06" w14:textId="77777777" w:rsidR="00C151C2" w:rsidRPr="00F23748" w:rsidRDefault="009A40E7" w:rsidP="00F23748">
      <w:pPr>
        <w:pStyle w:val="1"/>
        <w:rPr>
          <w:lang w:val="el-GR"/>
        </w:rPr>
      </w:pPr>
      <w:r w:rsidRPr="00F23748">
        <w:rPr>
          <w:lang w:val="el-GR"/>
        </w:rPr>
        <w:t>1. Συνοπτική παρουσίαση του σχεδίου προϋπολογισμού</w:t>
      </w:r>
    </w:p>
    <w:p w14:paraId="19E59903" w14:textId="77777777" w:rsidR="00C151C2" w:rsidRPr="00F23748" w:rsidRDefault="009A40E7">
      <w:pPr>
        <w:rPr>
          <w:rFonts w:ascii="Calibri" w:hAnsi="Calibri" w:cs="Calibri"/>
          <w:sz w:val="24"/>
          <w:szCs w:val="24"/>
          <w:lang w:val="el-GR"/>
        </w:rPr>
      </w:pPr>
      <w:r w:rsidRPr="00F23748">
        <w:rPr>
          <w:rFonts w:ascii="Calibri" w:hAnsi="Calibri" w:cs="Calibri"/>
          <w:sz w:val="24"/>
          <w:szCs w:val="24"/>
          <w:lang w:val="el-GR"/>
        </w:rPr>
        <w:t>Τα βασικά μεγέθη του σχεδίου προϋπολογισμού 2027 διαμορφώνονται ως εξής:</w:t>
      </w:r>
    </w:p>
    <w:tbl>
      <w:tblPr>
        <w:tblStyle w:val="af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121"/>
        <w:gridCol w:w="2268"/>
      </w:tblGrid>
      <w:tr w:rsidR="00C151C2" w:rsidRPr="00F23748" w14:paraId="07530D49" w14:textId="77777777" w:rsidTr="000A0C4E">
        <w:trPr>
          <w:tblHeader/>
          <w:jc w:val="center"/>
        </w:trPr>
        <w:tc>
          <w:tcPr>
            <w:tcW w:w="8121" w:type="dxa"/>
            <w:shd w:val="clear" w:color="auto" w:fill="D9E2F3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82BB713" w14:textId="77777777" w:rsidR="00C151C2" w:rsidRPr="00F23748" w:rsidRDefault="009A40E7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3748">
              <w:rPr>
                <w:rFonts w:ascii="Calibri" w:eastAsia="Calibri" w:hAnsi="Calibri" w:cs="Calibri"/>
                <w:b/>
                <w:sz w:val="24"/>
                <w:szCs w:val="24"/>
              </w:rPr>
              <w:t>Μέγεθος</w:t>
            </w:r>
          </w:p>
        </w:tc>
        <w:tc>
          <w:tcPr>
            <w:tcW w:w="2268" w:type="dxa"/>
            <w:shd w:val="clear" w:color="auto" w:fill="D9E2F3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01B031B" w14:textId="77777777" w:rsidR="00C151C2" w:rsidRPr="00F23748" w:rsidRDefault="009A40E7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3748">
              <w:rPr>
                <w:rFonts w:ascii="Calibri" w:eastAsia="Calibri" w:hAnsi="Calibri" w:cs="Calibri"/>
                <w:b/>
                <w:sz w:val="24"/>
                <w:szCs w:val="24"/>
              </w:rPr>
              <w:t>Ποσό (€)</w:t>
            </w:r>
          </w:p>
        </w:tc>
      </w:tr>
      <w:tr w:rsidR="00C151C2" w:rsidRPr="00F23748" w14:paraId="312D67DC" w14:textId="77777777" w:rsidTr="000A0C4E">
        <w:trPr>
          <w:jc w:val="center"/>
        </w:trPr>
        <w:tc>
          <w:tcPr>
            <w:tcW w:w="812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8316145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F23748">
              <w:rPr>
                <w:rFonts w:ascii="Calibri" w:hAnsi="Calibri" w:cs="Calibri"/>
                <w:sz w:val="24"/>
                <w:szCs w:val="24"/>
              </w:rPr>
              <w:t xml:space="preserve">Σύνολο εσόδων </w:t>
            </w:r>
            <w:r w:rsidR="00223B9F" w:rsidRPr="00F23748">
              <w:rPr>
                <w:rFonts w:ascii="Calibri" w:hAnsi="Calibri" w:cs="Calibri"/>
                <w:sz w:val="24"/>
                <w:szCs w:val="24"/>
              </w:rPr>
              <w:t>προϋπολογισμού</w:t>
            </w:r>
            <w:r w:rsidRPr="00F23748">
              <w:rPr>
                <w:rFonts w:ascii="Calibri" w:hAnsi="Calibri" w:cs="Calibri"/>
                <w:sz w:val="24"/>
                <w:szCs w:val="24"/>
              </w:rPr>
              <w:t xml:space="preserve"> (Α)</w:t>
            </w:r>
          </w:p>
        </w:tc>
        <w:bookmarkStart w:id="3" w:name="ESODA2027"/>
        <w:tc>
          <w:tcPr>
            <w:tcW w:w="2268" w:type="dxa"/>
            <w:shd w:val="clear" w:color="auto" w:fill="F2F2F2" w:themeFill="background1" w:themeFillShade="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96D4CF0" w14:textId="77777777" w:rsidR="00C151C2" w:rsidRPr="001E79C0" w:rsidRDefault="009A40E7">
            <w:pPr>
              <w:spacing w:after="0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ESODA2027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3"/>
          </w:p>
        </w:tc>
      </w:tr>
      <w:tr w:rsidR="00C151C2" w:rsidRPr="00F23748" w14:paraId="167136C0" w14:textId="77777777" w:rsidTr="000A0C4E">
        <w:trPr>
          <w:jc w:val="center"/>
        </w:trPr>
        <w:tc>
          <w:tcPr>
            <w:tcW w:w="812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5F62024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F23748">
              <w:rPr>
                <w:rFonts w:ascii="Calibri" w:hAnsi="Calibri" w:cs="Calibri"/>
                <w:sz w:val="24"/>
                <w:szCs w:val="24"/>
              </w:rPr>
              <w:t>Σύνολο εξόδων προϋπολογισμού (Β)</w:t>
            </w:r>
          </w:p>
        </w:tc>
        <w:bookmarkStart w:id="4" w:name="EXODA2027"/>
        <w:tc>
          <w:tcPr>
            <w:tcW w:w="2268" w:type="dxa"/>
            <w:shd w:val="clear" w:color="auto" w:fill="F2F2F2" w:themeFill="background1" w:themeFillShade="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E3BC7EA" w14:textId="77777777" w:rsidR="00C151C2" w:rsidRPr="001E79C0" w:rsidRDefault="009A40E7">
            <w:pPr>
              <w:spacing w:after="0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EXODA2027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4"/>
          </w:p>
        </w:tc>
      </w:tr>
      <w:tr w:rsidR="00C151C2" w:rsidRPr="00F23748" w14:paraId="6DE39345" w14:textId="77777777" w:rsidTr="000A0C4E">
        <w:trPr>
          <w:jc w:val="center"/>
        </w:trPr>
        <w:tc>
          <w:tcPr>
            <w:tcW w:w="812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04E15F5" w14:textId="77777777" w:rsidR="00C151C2" w:rsidRPr="00BB6380" w:rsidRDefault="009A40E7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</w:pPr>
            <w:r w:rsidRPr="00BB6380"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  <w:t>Ταμειακό αποτέλεσμα προϋπολογισμού (Γ) = (Α) – (Β)</w:t>
            </w:r>
          </w:p>
        </w:tc>
        <w:bookmarkStart w:id="5" w:name="APOTELESMA_2027"/>
        <w:tc>
          <w:tcPr>
            <w:tcW w:w="2268" w:type="dxa"/>
            <w:shd w:val="clear" w:color="auto" w:fill="DDD9C3" w:themeFill="background2" w:themeFillShade="E6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EACFFF1" w14:textId="54A92E79" w:rsidR="00C151C2" w:rsidRPr="00BB6380" w:rsidRDefault="009A40E7">
            <w:pPr>
              <w:spacing w:after="0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BB6380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fldChar w:fldCharType="begin"/>
            </w:r>
            <w:r w:rsidRPr="00BB6380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instrText xml:space="preserve"> = </w:instrText>
            </w:r>
            <w:r w:rsidRPr="00BB6380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instrText>B</w:instrText>
            </w:r>
            <w:r w:rsidRPr="00BB6380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instrText>2-</w:instrText>
            </w:r>
            <w:r w:rsidRPr="00BB6380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instrText>B</w:instrText>
            </w:r>
            <w:r w:rsidRPr="00BB6380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instrText xml:space="preserve">3 \# "#.##0,00" </w:instrText>
            </w:r>
            <w:r w:rsidRPr="00BB6380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fldChar w:fldCharType="separate"/>
            </w:r>
            <w:r w:rsidR="004D25CC"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  <w:lang w:val="el-GR"/>
              </w:rPr>
              <w:t xml:space="preserve">   0,00</w:t>
            </w:r>
            <w:r w:rsidRPr="00BB6380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fldChar w:fldCharType="end"/>
            </w:r>
            <w:bookmarkEnd w:id="5"/>
          </w:p>
        </w:tc>
      </w:tr>
    </w:tbl>
    <w:p w14:paraId="4E95AC49" w14:textId="77777777" w:rsidR="005B6B0E" w:rsidRDefault="005B6B0E">
      <w:pPr>
        <w:rPr>
          <w:rFonts w:ascii="Calibri" w:hAnsi="Calibri" w:cs="Calibri"/>
          <w:sz w:val="24"/>
          <w:szCs w:val="24"/>
          <w:lang w:val="en-GB"/>
        </w:rPr>
      </w:pPr>
    </w:p>
    <w:p w14:paraId="5EFF4DDA" w14:textId="77777777" w:rsidR="00223B9F" w:rsidRDefault="004B067A" w:rsidP="00223B9F">
      <w:pPr>
        <w:shd w:val="clear" w:color="auto" w:fill="F2F2F2" w:themeFill="background1" w:themeFillShade="F2"/>
        <w:rPr>
          <w:rFonts w:ascii="Calibri" w:hAnsi="Calibri" w:cs="Calibri"/>
          <w:b/>
          <w:sz w:val="24"/>
          <w:szCs w:val="24"/>
          <w:lang w:val="el-GR"/>
        </w:rPr>
      </w:pPr>
      <w:r w:rsidRPr="00F23748">
        <w:rPr>
          <w:rFonts w:ascii="Calibri" w:hAnsi="Calibri" w:cs="Calibri"/>
          <w:b/>
          <w:sz w:val="24"/>
          <w:szCs w:val="24"/>
          <w:lang w:val="el-GR"/>
        </w:rPr>
        <w:t>Έλεγχος συνέπειας Αναλυτικού Π/Υ με ΠΔΠ:</w:t>
      </w:r>
    </w:p>
    <w:bookmarkStart w:id="6" w:name="CHECK1_NAI"/>
    <w:p w14:paraId="035A7C2A" w14:textId="77777777" w:rsidR="00223B9F" w:rsidRPr="00223B9F" w:rsidRDefault="004B067A" w:rsidP="00223B9F">
      <w:pPr>
        <w:shd w:val="clear" w:color="auto" w:fill="F2F2F2" w:themeFill="background1" w:themeFillShade="F2"/>
        <w:spacing w:after="120"/>
        <w:jc w:val="both"/>
        <w:rPr>
          <w:rFonts w:ascii="Calibri" w:hAnsi="Calibri" w:cs="Calibri"/>
          <w:color w:val="244061" w:themeColor="accent1" w:themeShade="80"/>
          <w:sz w:val="24"/>
          <w:szCs w:val="24"/>
          <w:lang w:val="el-GR"/>
        </w:rPr>
      </w:pPr>
      <w:r>
        <w:rPr>
          <w:rFonts w:ascii="Calibri" w:eastAsia="Calibri" w:hAnsi="Calibri" w:cs="Calibri"/>
          <w:sz w:val="24"/>
          <w:szCs w:val="24"/>
        </w:rPr>
        <w:fldChar w:fldCharType="begin">
          <w:ffData>
            <w:name w:val="CHECK1_NAI"/>
            <w:enabled/>
            <w:calcOnExit/>
            <w:checkBox>
              <w:sizeAuto/>
              <w:default w:val="0"/>
              <w:checked w:val="0"/>
            </w:checkBox>
          </w:ffData>
        </w:fldChar>
      </w:r>
      <w:r w:rsidRPr="00DB4006">
        <w:rPr>
          <w:rFonts w:ascii="Calibri" w:eastAsia="Calibri" w:hAnsi="Calibri" w:cs="Calibri"/>
          <w:sz w:val="24"/>
          <w:szCs w:val="24"/>
          <w:lang w:val="el-GR"/>
        </w:rPr>
        <w:instrText xml:space="preserve"> </w:instrText>
      </w:r>
      <w:r>
        <w:rPr>
          <w:rFonts w:ascii="Calibri" w:eastAsia="Calibri" w:hAnsi="Calibri" w:cs="Calibri"/>
          <w:sz w:val="24"/>
          <w:szCs w:val="24"/>
        </w:rPr>
        <w:instrText>FORMCHECKBOX</w:instrText>
      </w:r>
      <w:r w:rsidRPr="00DB4006">
        <w:rPr>
          <w:rFonts w:ascii="Calibri" w:eastAsia="Calibri" w:hAnsi="Calibri" w:cs="Calibri"/>
          <w:sz w:val="24"/>
          <w:szCs w:val="24"/>
          <w:lang w:val="el-GR"/>
        </w:rPr>
        <w:instrText xml:space="preserve"> </w:instrText>
      </w:r>
      <w:r>
        <w:rPr>
          <w:rFonts w:ascii="Calibri" w:eastAsia="Calibri" w:hAnsi="Calibri" w:cs="Calibri"/>
          <w:sz w:val="24"/>
          <w:szCs w:val="24"/>
        </w:rPr>
      </w:r>
      <w:r>
        <w:rPr>
          <w:rFonts w:ascii="Calibri" w:eastAsia="Calibri" w:hAnsi="Calibri" w:cs="Calibri"/>
          <w:sz w:val="24"/>
          <w:szCs w:val="24"/>
        </w:rPr>
        <w:fldChar w:fldCharType="separate"/>
      </w:r>
      <w:r>
        <w:rPr>
          <w:rFonts w:ascii="Calibri" w:eastAsia="Calibri" w:hAnsi="Calibri" w:cs="Calibri"/>
          <w:sz w:val="24"/>
          <w:szCs w:val="24"/>
        </w:rPr>
        <w:fldChar w:fldCharType="end"/>
      </w:r>
      <w:bookmarkEnd w:id="6"/>
      <w:r w:rsidRPr="00DB4006">
        <w:rPr>
          <w:rFonts w:ascii="Calibri" w:eastAsia="Calibri" w:hAnsi="Calibri" w:cs="Calibri"/>
          <w:color w:val="1F4E78"/>
          <w:sz w:val="24"/>
          <w:szCs w:val="24"/>
          <w:lang w:val="el-GR"/>
        </w:rPr>
        <w:t xml:space="preserve"> ΝΑΙ   =&gt; Οι προβλέψεις του αναλυτικού προϋπολογισμού έχουν ελεγχθεί ως προς τη συνέπειά τους με τις αντίστοιχες προβλέψεις του Πολυετούς Δημοσιονομικού Προγραμματισμού 2027–2030, ανά μείζονα κατηγορία και ανά πηγή χρηματοδότησης. </w:t>
      </w:r>
    </w:p>
    <w:bookmarkStart w:id="7" w:name="CHECK1_OXI"/>
    <w:p w14:paraId="415A142D" w14:textId="77777777" w:rsidR="00223B9F" w:rsidRPr="00223B9F" w:rsidRDefault="00223B9F" w:rsidP="00223B9F">
      <w:pPr>
        <w:shd w:val="clear" w:color="auto" w:fill="F2F2F2" w:themeFill="background1" w:themeFillShade="F2"/>
        <w:jc w:val="both"/>
        <w:rPr>
          <w:rFonts w:ascii="Calibri" w:hAnsi="Calibri" w:cs="Calibri"/>
          <w:color w:val="C00000"/>
          <w:sz w:val="24"/>
          <w:szCs w:val="24"/>
          <w:lang w:val="el-GR"/>
        </w:rPr>
      </w:pPr>
      <w:r>
        <w:rPr>
          <w:rFonts w:ascii="Calibri" w:eastAsia="Calibri" w:hAnsi="Calibri" w:cs="Calibri"/>
          <w:sz w:val="24"/>
          <w:szCs w:val="24"/>
        </w:rPr>
        <w:fldChar w:fldCharType="begin">
          <w:ffData>
            <w:name w:val="CHECK1_OXI"/>
            <w:enabled/>
            <w:calcOnExit/>
            <w:checkBox>
              <w:sizeAuto/>
              <w:default w:val="0"/>
              <w:checked w:val="0"/>
            </w:checkBox>
          </w:ffData>
        </w:fldChar>
      </w:r>
      <w:r w:rsidRPr="00DB4006">
        <w:rPr>
          <w:rFonts w:ascii="Calibri" w:eastAsia="Calibri" w:hAnsi="Calibri" w:cs="Calibri"/>
          <w:sz w:val="24"/>
          <w:szCs w:val="24"/>
          <w:lang w:val="el-GR"/>
        </w:rPr>
        <w:instrText xml:space="preserve"> </w:instrText>
      </w:r>
      <w:r>
        <w:rPr>
          <w:rFonts w:ascii="Calibri" w:eastAsia="Calibri" w:hAnsi="Calibri" w:cs="Calibri"/>
          <w:sz w:val="24"/>
          <w:szCs w:val="24"/>
        </w:rPr>
        <w:instrText>FORMCHECKBOX</w:instrText>
      </w:r>
      <w:r w:rsidRPr="00DB4006">
        <w:rPr>
          <w:rFonts w:ascii="Calibri" w:eastAsia="Calibri" w:hAnsi="Calibri" w:cs="Calibri"/>
          <w:sz w:val="24"/>
          <w:szCs w:val="24"/>
          <w:lang w:val="el-GR"/>
        </w:rPr>
        <w:instrText xml:space="preserve"> </w:instrText>
      </w:r>
      <w:r>
        <w:rPr>
          <w:rFonts w:ascii="Calibri" w:eastAsia="Calibri" w:hAnsi="Calibri" w:cs="Calibri"/>
          <w:sz w:val="24"/>
          <w:szCs w:val="24"/>
        </w:rPr>
      </w:r>
      <w:r>
        <w:rPr>
          <w:rFonts w:ascii="Calibri" w:eastAsia="Calibri" w:hAnsi="Calibri" w:cs="Calibri"/>
          <w:sz w:val="24"/>
          <w:szCs w:val="24"/>
        </w:rPr>
        <w:fldChar w:fldCharType="separate"/>
      </w:r>
      <w:r>
        <w:rPr>
          <w:rFonts w:ascii="Calibri" w:eastAsia="Calibri" w:hAnsi="Calibri" w:cs="Calibri"/>
          <w:sz w:val="24"/>
          <w:szCs w:val="24"/>
        </w:rPr>
        <w:fldChar w:fldCharType="end"/>
      </w:r>
      <w:bookmarkEnd w:id="7"/>
      <w:r w:rsidRPr="00DB4006">
        <w:rPr>
          <w:rFonts w:ascii="Calibri" w:eastAsia="Calibri" w:hAnsi="Calibri" w:cs="Calibri"/>
          <w:color w:val="C00000"/>
          <w:sz w:val="24"/>
          <w:szCs w:val="24"/>
          <w:lang w:val="el-GR"/>
        </w:rPr>
        <w:t xml:space="preserve"> ΟΧΙ =&gt; Απαιτείται διόρθωση των σχετικών αναφορών πριν από την υποβολή τους στον Κόμβο.</w:t>
      </w:r>
    </w:p>
    <w:p w14:paraId="37C4CFAD" w14:textId="77777777" w:rsidR="00826604" w:rsidRPr="00DB4006" w:rsidRDefault="00826604">
      <w:pPr>
        <w:rPr>
          <w:lang w:val="el-GR"/>
        </w:rPr>
      </w:pPr>
    </w:p>
    <w:tbl>
      <w:tblPr>
        <w:tblW w:w="0" w:type="auto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0500"/>
      </w:tblGrid>
      <w:tr w:rsidR="00826604" w:rsidRPr="006753F3" w14:paraId="3DD5CAD2" w14:textId="77777777">
        <w:tc>
          <w:tcPr>
            <w:tcW w:w="10500" w:type="dxa"/>
            <w:shd w:val="clear" w:color="auto" w:fill="DDEBF7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145FE4B6" w14:textId="77777777" w:rsidR="00826604" w:rsidRPr="00DB4006" w:rsidRDefault="00EB78F2">
            <w:pPr>
              <w:pageBreakBefore/>
              <w:spacing w:after="0"/>
              <w:rPr>
                <w:lang w:val="el-GR"/>
              </w:rPr>
            </w:pPr>
            <w:r w:rsidRPr="00DB4006">
              <w:rPr>
                <w:rFonts w:ascii="Calibri" w:eastAsia="Calibri" w:hAnsi="Calibri" w:cs="Calibri"/>
                <w:b/>
                <w:color w:val="1F4E79"/>
                <w:sz w:val="22"/>
                <w:lang w:val="el-GR"/>
              </w:rPr>
              <w:lastRenderedPageBreak/>
              <w:t>Ενδεχόμενες παρατηρήσεις επί του προτεινόμενου σχεδίου προϋπολογισμού</w:t>
            </w:r>
          </w:p>
        </w:tc>
      </w:tr>
      <w:tr w:rsidR="00826604" w:rsidRPr="006753F3" w14:paraId="27B6E344" w14:textId="77777777">
        <w:trPr>
          <w:trHeight w:val="1500"/>
        </w:trPr>
        <w:tc>
          <w:tcPr>
            <w:tcW w:w="105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3A8E4EC" w14:textId="77777777" w:rsidR="00210DE0" w:rsidRDefault="00210DE0">
            <w:pPr>
              <w:spacing w:after="0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bookmarkStart w:id="8" w:name="COMMENTS_SEC1"/>
          </w:p>
          <w:p w14:paraId="4DD2B6AD" w14:textId="1C334C9B" w:rsidR="00826604" w:rsidRPr="00DB4006" w:rsidRDefault="00EB78F2">
            <w:pPr>
              <w:spacing w:after="0"/>
              <w:rPr>
                <w:lang w:val="el-GR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COMMENTS_SEC1"/>
                  <w:enabled/>
                  <w:calcOnExit/>
                  <w:textInput/>
                </w:ffData>
              </w:fldChar>
            </w:r>
            <w:r w:rsidRPr="00DB4006">
              <w:rPr>
                <w:rFonts w:ascii="Calibri" w:eastAsia="Calibri" w:hAnsi="Calibri" w:cs="Calibri"/>
                <w:sz w:val="24"/>
                <w:szCs w:val="24"/>
                <w:lang w:val="el-GR"/>
              </w:rPr>
              <w:instrText xml:space="preserve">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>FORMTEXT</w:instrText>
            </w:r>
            <w:r w:rsidRPr="00DB4006">
              <w:rPr>
                <w:rFonts w:ascii="Calibri" w:eastAsia="Calibri" w:hAnsi="Calibri" w:cs="Calibri"/>
                <w:sz w:val="24"/>
                <w:szCs w:val="24"/>
                <w:lang w:val="el-GR"/>
              </w:rPr>
              <w:instrText xml:space="preserve">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8"/>
          </w:p>
        </w:tc>
      </w:tr>
    </w:tbl>
    <w:p w14:paraId="2E396811" w14:textId="43DBDE94" w:rsidR="00E759FF" w:rsidRDefault="00E759FF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FFFFFF" w:themeColor="background1"/>
          <w:sz w:val="24"/>
          <w:szCs w:val="28"/>
          <w:lang w:val="el-GR"/>
        </w:rPr>
        <w:sectPr w:rsidR="00E759FF" w:rsidSect="001F3A76">
          <w:footerReference w:type="default" r:id="rId8"/>
          <w:type w:val="continuous"/>
          <w:pgSz w:w="12240" w:h="15840"/>
          <w:pgMar w:top="1134" w:right="851" w:bottom="851" w:left="851" w:header="720" w:footer="720" w:gutter="0"/>
          <w:cols w:space="720"/>
          <w:docGrid w:linePitch="360"/>
        </w:sectPr>
      </w:pPr>
    </w:p>
    <w:p w14:paraId="6B5A2F23" w14:textId="77777777" w:rsidR="00C151C2" w:rsidRPr="00152607" w:rsidRDefault="009A40E7" w:rsidP="00651415">
      <w:pPr>
        <w:pStyle w:val="1"/>
        <w:rPr>
          <w:lang w:val="el-GR"/>
        </w:rPr>
      </w:pPr>
      <w:r w:rsidRPr="00651415">
        <w:rPr>
          <w:lang w:val="el-GR"/>
        </w:rPr>
        <w:t xml:space="preserve">2. </w:t>
      </w:r>
      <w:r w:rsidR="00152607">
        <w:rPr>
          <w:lang w:val="el-GR"/>
        </w:rPr>
        <w:t>Έλεγχος δυνατότητας χρηματοδότησης του ελλείμματος του προϋπολογισμού</w:t>
      </w:r>
    </w:p>
    <w:p w14:paraId="7DCF3F2E" w14:textId="77777777" w:rsidR="00152607" w:rsidRPr="00D53DCC" w:rsidRDefault="00152607" w:rsidP="00152607">
      <w:pPr>
        <w:pStyle w:val="21"/>
        <w:rPr>
          <w:lang w:val="el-GR"/>
        </w:rPr>
      </w:pPr>
      <w:r w:rsidRPr="00152607">
        <w:rPr>
          <w:lang w:val="el-GR"/>
        </w:rPr>
        <w:t>2</w:t>
      </w:r>
      <w:r w:rsidRPr="00D53DCC">
        <w:rPr>
          <w:lang w:val="el-GR"/>
        </w:rPr>
        <w:t xml:space="preserve">.1. </w:t>
      </w:r>
      <w:r w:rsidRPr="00152607">
        <w:rPr>
          <w:lang w:val="el-GR"/>
        </w:rPr>
        <w:t>Εκτίμηση χρηματικών διαθεσίμων 31.12.2026</w:t>
      </w:r>
    </w:p>
    <w:p w14:paraId="12B7D674" w14:textId="77777777" w:rsidR="00C151C2" w:rsidRPr="00F23748" w:rsidRDefault="009A40E7">
      <w:pPr>
        <w:rPr>
          <w:rFonts w:ascii="Calibri" w:hAnsi="Calibri" w:cs="Calibri"/>
          <w:sz w:val="24"/>
          <w:szCs w:val="24"/>
          <w:lang w:val="el-GR"/>
        </w:rPr>
      </w:pPr>
      <w:r w:rsidRPr="00F23748">
        <w:rPr>
          <w:rFonts w:ascii="Calibri" w:hAnsi="Calibri" w:cs="Calibri"/>
          <w:sz w:val="24"/>
          <w:szCs w:val="24"/>
          <w:lang w:val="el-GR"/>
        </w:rPr>
        <w:t>Τα χρηματικά διαθέσιμα του φορέα στις 31.12.2026 εκτιμώνται ως εξής:</w:t>
      </w:r>
    </w:p>
    <w:tbl>
      <w:tblPr>
        <w:tblStyle w:val="af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79"/>
        <w:gridCol w:w="2357"/>
      </w:tblGrid>
      <w:tr w:rsidR="00C151C2" w:rsidRPr="00F23748" w14:paraId="73EC2465" w14:textId="77777777" w:rsidTr="00651415">
        <w:trPr>
          <w:tblHeader/>
          <w:jc w:val="center"/>
        </w:trPr>
        <w:tc>
          <w:tcPr>
            <w:tcW w:w="7979" w:type="dxa"/>
            <w:shd w:val="clear" w:color="auto" w:fill="D9E2F3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1AAD4AB" w14:textId="77777777" w:rsidR="00C151C2" w:rsidRPr="00F23748" w:rsidRDefault="009A40E7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3748">
              <w:rPr>
                <w:rFonts w:ascii="Calibri" w:eastAsia="Calibri" w:hAnsi="Calibri" w:cs="Calibri"/>
                <w:b/>
                <w:sz w:val="24"/>
                <w:szCs w:val="24"/>
              </w:rPr>
              <w:t>Μέγεθος</w:t>
            </w:r>
          </w:p>
        </w:tc>
        <w:tc>
          <w:tcPr>
            <w:tcW w:w="2357" w:type="dxa"/>
            <w:shd w:val="clear" w:color="auto" w:fill="D9E2F3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1AD6444" w14:textId="77777777" w:rsidR="00C151C2" w:rsidRPr="00F23748" w:rsidRDefault="009A40E7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3748">
              <w:rPr>
                <w:rFonts w:ascii="Calibri" w:eastAsia="Calibri" w:hAnsi="Calibri" w:cs="Calibri"/>
                <w:b/>
                <w:sz w:val="24"/>
                <w:szCs w:val="24"/>
              </w:rPr>
              <w:t>Ποσό (€)</w:t>
            </w:r>
          </w:p>
        </w:tc>
      </w:tr>
      <w:tr w:rsidR="00C151C2" w:rsidRPr="00F23748" w14:paraId="385AE723" w14:textId="77777777" w:rsidTr="00651415">
        <w:trPr>
          <w:jc w:val="center"/>
        </w:trPr>
        <w:tc>
          <w:tcPr>
            <w:tcW w:w="797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53D3087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F23748">
              <w:rPr>
                <w:rFonts w:ascii="Calibri" w:hAnsi="Calibri" w:cs="Calibri"/>
                <w:sz w:val="24"/>
                <w:szCs w:val="24"/>
                <w:lang w:val="el-GR"/>
              </w:rPr>
              <w:t>Χρηματικά διαθέσιμα μήνα αναφοράς (Α)</w:t>
            </w:r>
          </w:p>
        </w:tc>
        <w:bookmarkStart w:id="9" w:name="DIATHESIMA_MINA"/>
        <w:tc>
          <w:tcPr>
            <w:tcW w:w="2357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77B82EF" w14:textId="77777777" w:rsidR="00C151C2" w:rsidRPr="00223B9F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DIATHESIMA_MINA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9"/>
          </w:p>
        </w:tc>
      </w:tr>
      <w:tr w:rsidR="00C151C2" w:rsidRPr="00F23748" w14:paraId="4F8CD99C" w14:textId="77777777" w:rsidTr="00651415">
        <w:trPr>
          <w:jc w:val="center"/>
        </w:trPr>
        <w:tc>
          <w:tcPr>
            <w:tcW w:w="797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261FB2A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F23748">
              <w:rPr>
                <w:rFonts w:ascii="Calibri" w:hAnsi="Calibri" w:cs="Calibri"/>
                <w:sz w:val="24"/>
                <w:szCs w:val="24"/>
              </w:rPr>
              <w:t>Εκτιμώμενο ταμειακό αποτέλεσμα 2026 (Β)</w:t>
            </w:r>
          </w:p>
        </w:tc>
        <w:bookmarkStart w:id="10" w:name="EKT_TAMEIAKO_2026"/>
        <w:tc>
          <w:tcPr>
            <w:tcW w:w="2357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3ED3EBE" w14:textId="77777777" w:rsidR="00C151C2" w:rsidRPr="00223B9F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EKT_TAMEIAKO_2026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0"/>
          </w:p>
        </w:tc>
      </w:tr>
      <w:tr w:rsidR="00C151C2" w:rsidRPr="00F23748" w14:paraId="287C41F2" w14:textId="77777777" w:rsidTr="00651415">
        <w:trPr>
          <w:jc w:val="center"/>
        </w:trPr>
        <w:tc>
          <w:tcPr>
            <w:tcW w:w="797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98526A9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F23748">
              <w:rPr>
                <w:rFonts w:ascii="Calibri" w:hAnsi="Calibri" w:cs="Calibri"/>
                <w:sz w:val="24"/>
                <w:szCs w:val="24"/>
                <w:lang w:val="el-GR"/>
              </w:rPr>
              <w:t>Ταμειακό αποτέλεσμα μέχρι τον μήνα αναφοράς (Γ)</w:t>
            </w:r>
          </w:p>
        </w:tc>
        <w:bookmarkStart w:id="11" w:name="TAMEIAKO_EOS_MINA"/>
        <w:tc>
          <w:tcPr>
            <w:tcW w:w="2357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4291E4D" w14:textId="77777777" w:rsidR="00C151C2" w:rsidRPr="00223B9F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TAMEIAKO_EOS_MINA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1"/>
          </w:p>
        </w:tc>
      </w:tr>
      <w:tr w:rsidR="00C151C2" w:rsidRPr="00F23748" w14:paraId="7668475F" w14:textId="77777777" w:rsidTr="00223B9F">
        <w:trPr>
          <w:jc w:val="center"/>
        </w:trPr>
        <w:tc>
          <w:tcPr>
            <w:tcW w:w="797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1FAAFD0" w14:textId="77777777" w:rsidR="00C151C2" w:rsidRPr="00BB6380" w:rsidRDefault="009A40E7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</w:pPr>
            <w:r w:rsidRPr="00BB6380"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  <w:t>Εκτιμώμενα χρηματικά διαθέσιμα 31.12.2026 (Δ) = (Α) + (Β) – (Γ)</w:t>
            </w:r>
          </w:p>
        </w:tc>
        <w:bookmarkStart w:id="12" w:name="DIATHESIMA_31122026"/>
        <w:tc>
          <w:tcPr>
            <w:tcW w:w="2357" w:type="dxa"/>
            <w:shd w:val="clear" w:color="auto" w:fill="DDD9C3" w:themeFill="background2" w:themeFillShade="E6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937A2AB" w14:textId="09403708" w:rsidR="00C151C2" w:rsidRPr="00BB6380" w:rsidRDefault="009A40E7">
            <w:pPr>
              <w:spacing w:after="0"/>
              <w:jc w:val="righ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B6380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fldChar w:fldCharType="begin"/>
            </w:r>
            <w:r w:rsidRPr="00BB6380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instrText xml:space="preserve"> = </w:instrText>
            </w:r>
            <w:r w:rsidRPr="00BB6380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instrText>B</w:instrText>
            </w:r>
            <w:r w:rsidRPr="00BB6380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instrText>2+</w:instrText>
            </w:r>
            <w:r w:rsidRPr="00BB6380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instrText>B</w:instrText>
            </w:r>
            <w:r w:rsidRPr="00BB6380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instrText>3-</w:instrText>
            </w:r>
            <w:r w:rsidRPr="00BB6380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instrText>B</w:instrText>
            </w:r>
            <w:r w:rsidRPr="00BB6380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instrText xml:space="preserve">4 \# "#.##0,00" </w:instrText>
            </w:r>
            <w:r w:rsidRPr="00BB6380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fldChar w:fldCharType="separate"/>
            </w:r>
            <w:r w:rsidR="004D25CC"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  <w:lang w:val="el-GR"/>
              </w:rPr>
              <w:t xml:space="preserve">   0,00</w:t>
            </w:r>
            <w:r w:rsidRPr="00BB6380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fldChar w:fldCharType="end"/>
            </w:r>
            <w:bookmarkEnd w:id="12"/>
          </w:p>
        </w:tc>
      </w:tr>
    </w:tbl>
    <w:p w14:paraId="1986EBC5" w14:textId="77777777" w:rsidR="00152607" w:rsidRPr="00D53DCC" w:rsidRDefault="00152607" w:rsidP="00152607">
      <w:pPr>
        <w:pStyle w:val="21"/>
        <w:rPr>
          <w:lang w:val="el-GR"/>
        </w:rPr>
      </w:pPr>
      <w:r w:rsidRPr="00152607">
        <w:rPr>
          <w:lang w:val="el-GR"/>
        </w:rPr>
        <w:t>2</w:t>
      </w:r>
      <w:r w:rsidRPr="00D53DCC">
        <w:rPr>
          <w:lang w:val="el-GR"/>
        </w:rPr>
        <w:t>.</w:t>
      </w:r>
      <w:r>
        <w:rPr>
          <w:lang w:val="el-GR"/>
        </w:rPr>
        <w:t>2</w:t>
      </w:r>
      <w:r w:rsidRPr="00D53DCC">
        <w:rPr>
          <w:lang w:val="el-GR"/>
        </w:rPr>
        <w:t xml:space="preserve">. </w:t>
      </w:r>
      <w:r>
        <w:rPr>
          <w:lang w:val="el-GR"/>
        </w:rPr>
        <w:t>Πρόβλεψη</w:t>
      </w:r>
      <w:r w:rsidRPr="00152607">
        <w:rPr>
          <w:lang w:val="el-GR"/>
        </w:rPr>
        <w:t xml:space="preserve"> χρηματικών διαθεσίμων 31.12.202</w:t>
      </w:r>
      <w:r>
        <w:rPr>
          <w:lang w:val="el-GR"/>
        </w:rPr>
        <w:t>7</w:t>
      </w:r>
    </w:p>
    <w:p w14:paraId="680F998A" w14:textId="77777777" w:rsidR="00C151C2" w:rsidRPr="00F23748" w:rsidRDefault="009A40E7">
      <w:pPr>
        <w:rPr>
          <w:rFonts w:ascii="Calibri" w:hAnsi="Calibri" w:cs="Calibri"/>
          <w:sz w:val="24"/>
          <w:szCs w:val="24"/>
          <w:lang w:val="el-GR"/>
        </w:rPr>
      </w:pPr>
      <w:r w:rsidRPr="00F23748">
        <w:rPr>
          <w:rFonts w:ascii="Calibri" w:hAnsi="Calibri" w:cs="Calibri"/>
          <w:sz w:val="24"/>
          <w:szCs w:val="24"/>
          <w:lang w:val="el-GR"/>
        </w:rPr>
        <w:t>Τα χρηματικά διαθέσιμα του φορέα στις 31.12.2027 προβλέπονται ως εξής:</w:t>
      </w:r>
    </w:p>
    <w:tbl>
      <w:tblPr>
        <w:tblStyle w:val="af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075"/>
        <w:gridCol w:w="2268"/>
      </w:tblGrid>
      <w:tr w:rsidR="00C151C2" w:rsidRPr="00F23748" w14:paraId="244B0FDF" w14:textId="77777777" w:rsidTr="00152607">
        <w:trPr>
          <w:tblHeader/>
          <w:jc w:val="center"/>
        </w:trPr>
        <w:tc>
          <w:tcPr>
            <w:tcW w:w="8075" w:type="dxa"/>
            <w:shd w:val="clear" w:color="auto" w:fill="D9E2F3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9822D15" w14:textId="77777777" w:rsidR="00C151C2" w:rsidRPr="00F23748" w:rsidRDefault="009A40E7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3748">
              <w:rPr>
                <w:rFonts w:ascii="Calibri" w:eastAsia="Calibri" w:hAnsi="Calibri" w:cs="Calibri"/>
                <w:b/>
                <w:sz w:val="24"/>
                <w:szCs w:val="24"/>
              </w:rPr>
              <w:t>Μέγεθος</w:t>
            </w:r>
          </w:p>
        </w:tc>
        <w:tc>
          <w:tcPr>
            <w:tcW w:w="2268" w:type="dxa"/>
            <w:shd w:val="clear" w:color="auto" w:fill="D9E2F3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2085253" w14:textId="77777777" w:rsidR="00C151C2" w:rsidRPr="00F23748" w:rsidRDefault="009A40E7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3748">
              <w:rPr>
                <w:rFonts w:ascii="Calibri" w:eastAsia="Calibri" w:hAnsi="Calibri" w:cs="Calibri"/>
                <w:b/>
                <w:sz w:val="24"/>
                <w:szCs w:val="24"/>
              </w:rPr>
              <w:t>Ποσό (€)</w:t>
            </w:r>
          </w:p>
        </w:tc>
      </w:tr>
      <w:tr w:rsidR="00C151C2" w:rsidRPr="00F23748" w14:paraId="58E24D96" w14:textId="77777777" w:rsidTr="00223B9F">
        <w:trPr>
          <w:jc w:val="center"/>
        </w:trPr>
        <w:tc>
          <w:tcPr>
            <w:tcW w:w="807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ACB00E" w14:textId="77777777" w:rsidR="00651415" w:rsidRDefault="009A40E7">
            <w:pPr>
              <w:spacing w:after="0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F23748">
              <w:rPr>
                <w:rFonts w:ascii="Calibri" w:hAnsi="Calibri" w:cs="Calibri"/>
                <w:sz w:val="24"/>
                <w:szCs w:val="24"/>
                <w:lang w:val="el-GR"/>
              </w:rPr>
              <w:t>Εκτιμώμενα χρηματικά διαθέσιμα 31.12.2026</w:t>
            </w:r>
          </w:p>
          <w:p w14:paraId="71EB0550" w14:textId="77777777" w:rsidR="00C151C2" w:rsidRPr="00651415" w:rsidRDefault="00651415">
            <w:pPr>
              <w:spacing w:after="0"/>
              <w:rPr>
                <w:rFonts w:ascii="Calibri" w:hAnsi="Calibri" w:cs="Calibri"/>
                <w:i/>
                <w:iCs/>
                <w:sz w:val="24"/>
                <w:szCs w:val="24"/>
                <w:lang w:val="el-GR"/>
              </w:rPr>
            </w:pPr>
            <w:r w:rsidRPr="00651415">
              <w:rPr>
                <w:rFonts w:ascii="Calibri" w:hAnsi="Calibri" w:cs="Calibri"/>
                <w:i/>
                <w:iCs/>
                <w:color w:val="595959" w:themeColor="text1" w:themeTint="A6"/>
                <w:sz w:val="24"/>
                <w:szCs w:val="24"/>
                <w:lang w:val="el-GR"/>
              </w:rPr>
              <w:t>(μεταφέρεται από την ενότητα 2.1 (Δ))</w:t>
            </w:r>
          </w:p>
        </w:tc>
        <w:tc>
          <w:tcPr>
            <w:tcW w:w="2268" w:type="dxa"/>
            <w:shd w:val="clear" w:color="auto" w:fill="F2F2F2" w:themeFill="background1" w:themeFillShade="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037D48F" w14:textId="2E1F6368" w:rsidR="00C151C2" w:rsidRPr="00223B9F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/>
            </w:r>
            <w:r w:rsidRPr="00B1116F">
              <w:rPr>
                <w:rFonts w:ascii="Calibri" w:eastAsia="Calibri" w:hAnsi="Calibri" w:cs="Calibri"/>
                <w:sz w:val="24"/>
                <w:szCs w:val="24"/>
                <w:lang w:val="el-GR"/>
              </w:rPr>
              <w:instrText xml:space="preserve"> =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>DIATHESIMA</w:instrText>
            </w:r>
            <w:r w:rsidRPr="00B1116F">
              <w:rPr>
                <w:rFonts w:ascii="Calibri" w:eastAsia="Calibri" w:hAnsi="Calibri" w:cs="Calibri"/>
                <w:sz w:val="24"/>
                <w:szCs w:val="24"/>
                <w:lang w:val="el-GR"/>
              </w:rPr>
              <w:instrText xml:space="preserve">_31122026 \# "#.##0,00"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="004D25CC">
              <w:rPr>
                <w:rFonts w:ascii="Calibri" w:eastAsia="Calibri" w:hAnsi="Calibri" w:cs="Calibri"/>
                <w:noProof/>
                <w:sz w:val="24"/>
                <w:szCs w:val="24"/>
                <w:lang w:val="el-GR"/>
              </w:rPr>
              <w:t xml:space="preserve">   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</w:tr>
      <w:tr w:rsidR="00C151C2" w:rsidRPr="00F23748" w14:paraId="2AE98557" w14:textId="77777777" w:rsidTr="00223B9F">
        <w:trPr>
          <w:jc w:val="center"/>
        </w:trPr>
        <w:tc>
          <w:tcPr>
            <w:tcW w:w="807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CC752F3" w14:textId="77777777" w:rsidR="00651415" w:rsidRDefault="009A40E7">
            <w:pPr>
              <w:spacing w:after="0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F23748">
              <w:rPr>
                <w:rFonts w:ascii="Calibri" w:hAnsi="Calibri" w:cs="Calibri"/>
                <w:sz w:val="24"/>
                <w:szCs w:val="24"/>
                <w:lang w:val="el-GR"/>
              </w:rPr>
              <w:t xml:space="preserve">Ταμειακό αποτέλεσμα προϋπολογισμού 2027 </w:t>
            </w:r>
          </w:p>
          <w:p w14:paraId="05C61DDB" w14:textId="77777777" w:rsidR="00C151C2" w:rsidRPr="00651415" w:rsidRDefault="00651415">
            <w:pPr>
              <w:spacing w:after="0"/>
              <w:rPr>
                <w:rFonts w:ascii="Calibri" w:hAnsi="Calibri" w:cs="Calibri"/>
                <w:i/>
                <w:iCs/>
                <w:sz w:val="24"/>
                <w:szCs w:val="24"/>
                <w:lang w:val="el-GR"/>
              </w:rPr>
            </w:pPr>
            <w:r w:rsidRPr="00651415">
              <w:rPr>
                <w:rFonts w:ascii="Calibri" w:hAnsi="Calibri" w:cs="Calibri"/>
                <w:i/>
                <w:iCs/>
                <w:color w:val="595959" w:themeColor="text1" w:themeTint="A6"/>
                <w:sz w:val="24"/>
                <w:szCs w:val="24"/>
                <w:lang w:val="el-GR"/>
              </w:rPr>
              <w:t>(μεταφέρεται από την ενότητα 1 (Γ))</w:t>
            </w:r>
          </w:p>
        </w:tc>
        <w:tc>
          <w:tcPr>
            <w:tcW w:w="2268" w:type="dxa"/>
            <w:shd w:val="clear" w:color="auto" w:fill="F2F2F2" w:themeFill="background1" w:themeFillShade="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C740B7D" w14:textId="447B985A" w:rsidR="00C151C2" w:rsidRPr="00223B9F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/>
            </w:r>
            <w:r w:rsidRPr="00B1116F">
              <w:rPr>
                <w:rFonts w:ascii="Calibri" w:eastAsia="Calibri" w:hAnsi="Calibri" w:cs="Calibri"/>
                <w:sz w:val="24"/>
                <w:szCs w:val="24"/>
                <w:lang w:val="el-GR"/>
              </w:rPr>
              <w:instrText xml:space="preserve"> =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>APOTELESMA</w:instrText>
            </w:r>
            <w:r w:rsidRPr="00B1116F">
              <w:rPr>
                <w:rFonts w:ascii="Calibri" w:eastAsia="Calibri" w:hAnsi="Calibri" w:cs="Calibri"/>
                <w:sz w:val="24"/>
                <w:szCs w:val="24"/>
                <w:lang w:val="el-GR"/>
              </w:rPr>
              <w:instrText xml:space="preserve">_2027 \# "#.##0,00"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="004D25CC">
              <w:rPr>
                <w:rFonts w:ascii="Calibri" w:eastAsia="Calibri" w:hAnsi="Calibri" w:cs="Calibri"/>
                <w:noProof/>
                <w:sz w:val="24"/>
                <w:szCs w:val="24"/>
                <w:lang w:val="el-GR"/>
              </w:rPr>
              <w:t xml:space="preserve">   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</w:tr>
      <w:tr w:rsidR="00C151C2" w:rsidRPr="00BB6380" w14:paraId="48FCC880" w14:textId="77777777" w:rsidTr="00223B9F">
        <w:trPr>
          <w:jc w:val="center"/>
        </w:trPr>
        <w:tc>
          <w:tcPr>
            <w:tcW w:w="807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BAD26A8" w14:textId="77777777" w:rsidR="00C151C2" w:rsidRPr="00BB6380" w:rsidRDefault="009A40E7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</w:pPr>
            <w:r w:rsidRPr="00BB6380"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  <w:t>Προβλεπόμενα χρηματικά διαθέσιμα 31.12.2027 (Γ) = (Α) + (Β)</w:t>
            </w:r>
          </w:p>
        </w:tc>
        <w:bookmarkStart w:id="13" w:name="DIATHESIMA_31122027"/>
        <w:tc>
          <w:tcPr>
            <w:tcW w:w="2268" w:type="dxa"/>
            <w:shd w:val="clear" w:color="auto" w:fill="DDD9C3" w:themeFill="background2" w:themeFillShade="E6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CB0E2E2" w14:textId="785662B9" w:rsidR="00C151C2" w:rsidRPr="00BB6380" w:rsidRDefault="009A40E7">
            <w:pPr>
              <w:spacing w:after="0"/>
              <w:jc w:val="righ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B6380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fldChar w:fldCharType="begin"/>
            </w:r>
            <w:r w:rsidRPr="00BB6380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instrText xml:space="preserve"> = </w:instrText>
            </w:r>
            <w:r w:rsidRPr="00BB6380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instrText>B</w:instrText>
            </w:r>
            <w:r w:rsidRPr="00BB6380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instrText>2+</w:instrText>
            </w:r>
            <w:r w:rsidRPr="00BB6380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instrText>B</w:instrText>
            </w:r>
            <w:r w:rsidRPr="00BB6380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instrText xml:space="preserve">3 \# "#.##0,00" </w:instrText>
            </w:r>
            <w:r w:rsidRPr="00BB6380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fldChar w:fldCharType="separate"/>
            </w:r>
            <w:r w:rsidR="004D25CC"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  <w:lang w:val="el-GR"/>
              </w:rPr>
              <w:t xml:space="preserve">   0,00</w:t>
            </w:r>
            <w:r w:rsidRPr="00BB6380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fldChar w:fldCharType="end"/>
            </w:r>
            <w:bookmarkEnd w:id="13"/>
          </w:p>
        </w:tc>
      </w:tr>
    </w:tbl>
    <w:p w14:paraId="24A4AC85" w14:textId="77777777" w:rsidR="00223B9F" w:rsidRDefault="00223B9F">
      <w:pPr>
        <w:rPr>
          <w:rFonts w:ascii="Calibri" w:hAnsi="Calibri" w:cs="Calibri"/>
          <w:b/>
          <w:sz w:val="24"/>
          <w:szCs w:val="24"/>
          <w:lang w:val="el-GR"/>
        </w:rPr>
      </w:pPr>
    </w:p>
    <w:p w14:paraId="5C7B31DF" w14:textId="77777777" w:rsidR="00C151C2" w:rsidRPr="00F23748" w:rsidRDefault="009A40E7" w:rsidP="00223B9F">
      <w:pPr>
        <w:shd w:val="clear" w:color="auto" w:fill="F2F2F2" w:themeFill="background1" w:themeFillShade="F2"/>
        <w:rPr>
          <w:rFonts w:ascii="Calibri" w:hAnsi="Calibri" w:cs="Calibri"/>
          <w:sz w:val="24"/>
          <w:szCs w:val="24"/>
          <w:lang w:val="el-GR"/>
        </w:rPr>
      </w:pPr>
      <w:r w:rsidRPr="00F23748">
        <w:rPr>
          <w:rFonts w:ascii="Calibri" w:hAnsi="Calibri" w:cs="Calibri"/>
          <w:b/>
          <w:sz w:val="24"/>
          <w:szCs w:val="24"/>
          <w:lang w:val="el-GR"/>
        </w:rPr>
        <w:t>Τα προβλεπόμενα χρηματικά διαθέσιμα στις 31.12.2027 είναι ίσα ή μεγαλύτερα του μηδενός;</w:t>
      </w:r>
    </w:p>
    <w:bookmarkStart w:id="14" w:name="CHECK2_NAI"/>
    <w:p w14:paraId="7D3523C1" w14:textId="77777777" w:rsidR="00C151C2" w:rsidRPr="00F23748" w:rsidRDefault="00223B9F" w:rsidP="00223B9F">
      <w:pPr>
        <w:shd w:val="clear" w:color="auto" w:fill="F2F2F2" w:themeFill="background1" w:themeFillShade="F2"/>
        <w:rPr>
          <w:rFonts w:ascii="Calibri" w:hAnsi="Calibri" w:cs="Calibri"/>
          <w:sz w:val="24"/>
          <w:szCs w:val="24"/>
          <w:lang w:val="el-GR"/>
        </w:rPr>
      </w:pPr>
      <w:r>
        <w:rPr>
          <w:rFonts w:ascii="Calibri" w:eastAsia="Calibri" w:hAnsi="Calibri" w:cs="Calibri"/>
          <w:sz w:val="24"/>
          <w:szCs w:val="24"/>
        </w:rPr>
        <w:fldChar w:fldCharType="begin">
          <w:ffData>
            <w:name w:val="CHECK2_NAI"/>
            <w:enabled/>
            <w:calcOnExit/>
            <w:checkBox>
              <w:sizeAuto/>
              <w:default w:val="0"/>
              <w:checked w:val="0"/>
            </w:checkBox>
          </w:ffData>
        </w:fldChar>
      </w:r>
      <w:r w:rsidRPr="00DB4006">
        <w:rPr>
          <w:rFonts w:ascii="Calibri" w:eastAsia="Calibri" w:hAnsi="Calibri" w:cs="Calibri"/>
          <w:sz w:val="24"/>
          <w:szCs w:val="24"/>
          <w:lang w:val="el-GR"/>
        </w:rPr>
        <w:instrText xml:space="preserve"> </w:instrText>
      </w:r>
      <w:r>
        <w:rPr>
          <w:rFonts w:ascii="Calibri" w:eastAsia="Calibri" w:hAnsi="Calibri" w:cs="Calibri"/>
          <w:sz w:val="24"/>
          <w:szCs w:val="24"/>
        </w:rPr>
        <w:instrText>FORMCHECKBOX</w:instrText>
      </w:r>
      <w:r w:rsidRPr="00DB4006">
        <w:rPr>
          <w:rFonts w:ascii="Calibri" w:eastAsia="Calibri" w:hAnsi="Calibri" w:cs="Calibri"/>
          <w:sz w:val="24"/>
          <w:szCs w:val="24"/>
          <w:lang w:val="el-GR"/>
        </w:rPr>
        <w:instrText xml:space="preserve"> </w:instrText>
      </w:r>
      <w:r>
        <w:rPr>
          <w:rFonts w:ascii="Calibri" w:eastAsia="Calibri" w:hAnsi="Calibri" w:cs="Calibri"/>
          <w:sz w:val="24"/>
          <w:szCs w:val="24"/>
        </w:rPr>
      </w:r>
      <w:r>
        <w:rPr>
          <w:rFonts w:ascii="Calibri" w:eastAsia="Calibri" w:hAnsi="Calibri" w:cs="Calibri"/>
          <w:sz w:val="24"/>
          <w:szCs w:val="24"/>
        </w:rPr>
        <w:fldChar w:fldCharType="separate"/>
      </w:r>
      <w:r>
        <w:rPr>
          <w:rFonts w:ascii="Calibri" w:eastAsia="Calibri" w:hAnsi="Calibri" w:cs="Calibri"/>
          <w:sz w:val="24"/>
          <w:szCs w:val="24"/>
        </w:rPr>
        <w:fldChar w:fldCharType="end"/>
      </w:r>
      <w:bookmarkEnd w:id="14"/>
      <w:r w:rsidRPr="00DB4006">
        <w:rPr>
          <w:rFonts w:ascii="Calibri" w:eastAsia="Calibri" w:hAnsi="Calibri" w:cs="Calibri"/>
          <w:color w:val="1F4E78"/>
          <w:sz w:val="24"/>
          <w:szCs w:val="24"/>
          <w:lang w:val="el-GR"/>
        </w:rPr>
        <w:t xml:space="preserve"> ΝΑΙ =&gt; Το ταμειακό έλλειμμα του προτεινόμενου σχεδίου προϋπολογισμού δεν υπερβαίνει, βάσει του ανωτέρω ελέγχου, τις εκτιμώμενες χρηματοδοτικές δυνατότητες του φορέα.</w:t>
      </w:r>
    </w:p>
    <w:bookmarkStart w:id="15" w:name="CHECK2_OXI"/>
    <w:p w14:paraId="7AA9AAF4" w14:textId="77777777" w:rsidR="00C151C2" w:rsidRPr="00223B9F" w:rsidRDefault="00223B9F" w:rsidP="00223B9F">
      <w:pPr>
        <w:shd w:val="clear" w:color="auto" w:fill="F2F2F2" w:themeFill="background1" w:themeFillShade="F2"/>
        <w:rPr>
          <w:rFonts w:ascii="Calibri" w:hAnsi="Calibri" w:cs="Calibri"/>
          <w:color w:val="C00000"/>
          <w:sz w:val="24"/>
          <w:szCs w:val="24"/>
          <w:lang w:val="el-GR"/>
        </w:rPr>
      </w:pPr>
      <w:r>
        <w:rPr>
          <w:rFonts w:ascii="Calibri" w:eastAsia="Calibri" w:hAnsi="Calibri" w:cs="Calibri"/>
          <w:sz w:val="24"/>
          <w:szCs w:val="24"/>
        </w:rPr>
        <w:fldChar w:fldCharType="begin">
          <w:ffData>
            <w:name w:val="CHECK2_OXI"/>
            <w:enabled/>
            <w:calcOnExit/>
            <w:checkBox>
              <w:sizeAuto/>
              <w:default w:val="0"/>
              <w:checked w:val="0"/>
            </w:checkBox>
          </w:ffData>
        </w:fldChar>
      </w:r>
      <w:r w:rsidRPr="00DB4006">
        <w:rPr>
          <w:rFonts w:ascii="Calibri" w:eastAsia="Calibri" w:hAnsi="Calibri" w:cs="Calibri"/>
          <w:sz w:val="24"/>
          <w:szCs w:val="24"/>
          <w:lang w:val="el-GR"/>
        </w:rPr>
        <w:instrText xml:space="preserve"> </w:instrText>
      </w:r>
      <w:r>
        <w:rPr>
          <w:rFonts w:ascii="Calibri" w:eastAsia="Calibri" w:hAnsi="Calibri" w:cs="Calibri"/>
          <w:sz w:val="24"/>
          <w:szCs w:val="24"/>
        </w:rPr>
        <w:instrText>FORMCHECKBOX</w:instrText>
      </w:r>
      <w:r w:rsidRPr="00DB4006">
        <w:rPr>
          <w:rFonts w:ascii="Calibri" w:eastAsia="Calibri" w:hAnsi="Calibri" w:cs="Calibri"/>
          <w:sz w:val="24"/>
          <w:szCs w:val="24"/>
          <w:lang w:val="el-GR"/>
        </w:rPr>
        <w:instrText xml:space="preserve"> </w:instrText>
      </w:r>
      <w:r>
        <w:rPr>
          <w:rFonts w:ascii="Calibri" w:eastAsia="Calibri" w:hAnsi="Calibri" w:cs="Calibri"/>
          <w:sz w:val="24"/>
          <w:szCs w:val="24"/>
        </w:rPr>
      </w:r>
      <w:r>
        <w:rPr>
          <w:rFonts w:ascii="Calibri" w:eastAsia="Calibri" w:hAnsi="Calibri" w:cs="Calibri"/>
          <w:sz w:val="24"/>
          <w:szCs w:val="24"/>
        </w:rPr>
        <w:fldChar w:fldCharType="separate"/>
      </w:r>
      <w:r>
        <w:rPr>
          <w:rFonts w:ascii="Calibri" w:eastAsia="Calibri" w:hAnsi="Calibri" w:cs="Calibri"/>
          <w:sz w:val="24"/>
          <w:szCs w:val="24"/>
        </w:rPr>
        <w:fldChar w:fldCharType="end"/>
      </w:r>
      <w:bookmarkEnd w:id="15"/>
      <w:r w:rsidRPr="00DB4006">
        <w:rPr>
          <w:rFonts w:ascii="Calibri" w:eastAsia="Calibri" w:hAnsi="Calibri" w:cs="Calibri"/>
          <w:color w:val="C00000"/>
          <w:sz w:val="24"/>
          <w:szCs w:val="24"/>
          <w:lang w:val="el-GR"/>
        </w:rPr>
        <w:t xml:space="preserve"> ΟΧΙ =&gt; Το ταμειακό έλλειμμα του προτεινόμενου σχεδίου προϋπολογισμού υπερβαίνει, βάσει του ανωτέρω ελέγχου, τις εκτιμώμενες χρηματοδοτικές δυνατότητες του φορέα.</w:t>
      </w:r>
    </w:p>
    <w:p w14:paraId="5A105EFB" w14:textId="77777777" w:rsidR="00826604" w:rsidRPr="00DB4006" w:rsidRDefault="00826604">
      <w:pPr>
        <w:rPr>
          <w:lang w:val="el-GR"/>
        </w:rPr>
      </w:pPr>
    </w:p>
    <w:tbl>
      <w:tblPr>
        <w:tblW w:w="0" w:type="auto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0500"/>
      </w:tblGrid>
      <w:tr w:rsidR="00826604" w:rsidRPr="006753F3" w14:paraId="6988F2A0" w14:textId="77777777">
        <w:tc>
          <w:tcPr>
            <w:tcW w:w="10500" w:type="dxa"/>
            <w:shd w:val="clear" w:color="auto" w:fill="DDEBF7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4118A544" w14:textId="77777777" w:rsidR="00826604" w:rsidRPr="00DB4006" w:rsidRDefault="00EB78F2">
            <w:pPr>
              <w:spacing w:after="0"/>
              <w:rPr>
                <w:lang w:val="el-GR"/>
              </w:rPr>
            </w:pPr>
            <w:r w:rsidRPr="00DB4006">
              <w:rPr>
                <w:rFonts w:ascii="Calibri" w:eastAsia="Calibri" w:hAnsi="Calibri" w:cs="Calibri"/>
                <w:b/>
                <w:color w:val="1F4E79"/>
                <w:sz w:val="22"/>
                <w:lang w:val="el-GR"/>
              </w:rPr>
              <w:t>Ενδεχόμενες παρατηρήσεις επί των αποτελεσμάτων του ελέγχου</w:t>
            </w:r>
          </w:p>
        </w:tc>
      </w:tr>
      <w:tr w:rsidR="00826604" w:rsidRPr="006753F3" w14:paraId="75117305" w14:textId="77777777">
        <w:trPr>
          <w:trHeight w:val="1500"/>
        </w:trPr>
        <w:tc>
          <w:tcPr>
            <w:tcW w:w="105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32ECAF9" w14:textId="77777777" w:rsidR="00210DE0" w:rsidRDefault="00210DE0">
            <w:pPr>
              <w:spacing w:after="0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bookmarkStart w:id="16" w:name="COMMENTS_SEC2"/>
          </w:p>
          <w:p w14:paraId="25F50617" w14:textId="77777777" w:rsidR="00210DE0" w:rsidRDefault="00210DE0">
            <w:pPr>
              <w:spacing w:after="0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</w:p>
          <w:p w14:paraId="45D0C48F" w14:textId="652DB7E7" w:rsidR="00826604" w:rsidRPr="00DB4006" w:rsidRDefault="00EB78F2">
            <w:pPr>
              <w:spacing w:after="0"/>
              <w:rPr>
                <w:lang w:val="el-GR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COMMENTS_SEC2"/>
                  <w:enabled/>
                  <w:calcOnExit/>
                  <w:textInput/>
                </w:ffData>
              </w:fldChar>
            </w:r>
            <w:r w:rsidRPr="00DB4006">
              <w:rPr>
                <w:rFonts w:ascii="Calibri" w:eastAsia="Calibri" w:hAnsi="Calibri" w:cs="Calibri"/>
                <w:sz w:val="24"/>
                <w:szCs w:val="24"/>
                <w:lang w:val="el-GR"/>
              </w:rPr>
              <w:instrText xml:space="preserve">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>FORMTEXT</w:instrText>
            </w:r>
            <w:r w:rsidRPr="00DB4006">
              <w:rPr>
                <w:rFonts w:ascii="Calibri" w:eastAsia="Calibri" w:hAnsi="Calibri" w:cs="Calibri"/>
                <w:sz w:val="24"/>
                <w:szCs w:val="24"/>
                <w:lang w:val="el-GR"/>
              </w:rPr>
              <w:instrText xml:space="preserve">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6"/>
          </w:p>
        </w:tc>
      </w:tr>
    </w:tbl>
    <w:p w14:paraId="39767530" w14:textId="050AA736" w:rsidR="00E759FF" w:rsidRDefault="00E759FF">
      <w:pPr>
        <w:spacing w:after="200" w:line="276" w:lineRule="auto"/>
        <w:rPr>
          <w:rFonts w:ascii="Calibri" w:hAnsi="Calibri" w:cs="Calibri"/>
          <w:sz w:val="24"/>
          <w:szCs w:val="24"/>
          <w:lang w:val="el-GR"/>
        </w:rPr>
        <w:sectPr w:rsidR="00E759FF" w:rsidSect="00651415">
          <w:footerReference w:type="default" r:id="rId9"/>
          <w:type w:val="continuous"/>
          <w:pgSz w:w="12240" w:h="15840"/>
          <w:pgMar w:top="851" w:right="851" w:bottom="851" w:left="851" w:header="720" w:footer="720" w:gutter="0"/>
          <w:cols w:space="720"/>
          <w:docGrid w:linePitch="360"/>
        </w:sectPr>
      </w:pPr>
    </w:p>
    <w:p w14:paraId="107A7B59" w14:textId="77777777" w:rsidR="00C151C2" w:rsidRPr="00F23748" w:rsidRDefault="00223B9F" w:rsidP="00651415">
      <w:pPr>
        <w:pStyle w:val="1"/>
        <w:rPr>
          <w:lang w:val="el-GR"/>
        </w:rPr>
      </w:pPr>
      <w:r>
        <w:rPr>
          <w:lang w:val="el-GR"/>
        </w:rPr>
        <w:t>3</w:t>
      </w:r>
      <w:r w:rsidR="009A40E7" w:rsidRPr="00F23748">
        <w:rPr>
          <w:lang w:val="el-GR"/>
        </w:rPr>
        <w:t xml:space="preserve">. Ανώτατο </w:t>
      </w:r>
      <w:r w:rsidR="009A40E7" w:rsidRPr="00E759FF">
        <w:rPr>
          <w:lang w:val="el-GR"/>
        </w:rPr>
        <w:t>όριο</w:t>
      </w:r>
      <w:r w:rsidR="009A40E7" w:rsidRPr="00F23748">
        <w:rPr>
          <w:lang w:val="el-GR"/>
        </w:rPr>
        <w:t xml:space="preserve"> Ομάδας Ιδίων Εσόδων (ΟΙΕ)</w:t>
      </w:r>
    </w:p>
    <w:p w14:paraId="45DAAEB1" w14:textId="77777777" w:rsidR="00C151C2" w:rsidRPr="00D53DCC" w:rsidRDefault="00223B9F" w:rsidP="00651415">
      <w:pPr>
        <w:pStyle w:val="21"/>
        <w:rPr>
          <w:lang w:val="el-GR"/>
        </w:rPr>
      </w:pPr>
      <w:r>
        <w:rPr>
          <w:lang w:val="el-GR"/>
        </w:rPr>
        <w:t>3</w:t>
      </w:r>
      <w:r w:rsidR="009A40E7" w:rsidRPr="00D53DCC">
        <w:rPr>
          <w:lang w:val="el-GR"/>
        </w:rPr>
        <w:t>.1. Υπολογισμός ανώτατου ορίου βάσει απολογιστικών στοιχείων του φορέα</w:t>
      </w:r>
    </w:p>
    <w:tbl>
      <w:tblPr>
        <w:tblStyle w:val="af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678"/>
        <w:gridCol w:w="2374"/>
      </w:tblGrid>
      <w:tr w:rsidR="00C151C2" w:rsidRPr="00F23748" w14:paraId="5D33446B" w14:textId="77777777" w:rsidTr="00651415">
        <w:trPr>
          <w:tblHeader/>
          <w:jc w:val="center"/>
        </w:trPr>
        <w:tc>
          <w:tcPr>
            <w:tcW w:w="7678" w:type="dxa"/>
            <w:shd w:val="clear" w:color="auto" w:fill="D9E2F3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16CA054" w14:textId="77777777" w:rsidR="00C151C2" w:rsidRPr="00F23748" w:rsidRDefault="009A40E7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3748">
              <w:rPr>
                <w:rFonts w:ascii="Calibri" w:eastAsia="Calibri" w:hAnsi="Calibri" w:cs="Calibri"/>
                <w:b/>
                <w:sz w:val="24"/>
                <w:szCs w:val="24"/>
              </w:rPr>
              <w:t>Μέγεθος</w:t>
            </w:r>
          </w:p>
        </w:tc>
        <w:tc>
          <w:tcPr>
            <w:tcW w:w="2374" w:type="dxa"/>
            <w:shd w:val="clear" w:color="auto" w:fill="D9E2F3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F4FA329" w14:textId="77777777" w:rsidR="00C151C2" w:rsidRPr="00F23748" w:rsidRDefault="009A40E7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3748">
              <w:rPr>
                <w:rFonts w:ascii="Calibri" w:eastAsia="Calibri" w:hAnsi="Calibri" w:cs="Calibri"/>
                <w:b/>
                <w:sz w:val="24"/>
                <w:szCs w:val="24"/>
              </w:rPr>
              <w:t>Ποσό (€)</w:t>
            </w:r>
          </w:p>
        </w:tc>
      </w:tr>
      <w:tr w:rsidR="00C151C2" w:rsidRPr="00F23748" w14:paraId="38CFF9E8" w14:textId="77777777" w:rsidTr="00651415">
        <w:trPr>
          <w:jc w:val="center"/>
        </w:trPr>
        <w:tc>
          <w:tcPr>
            <w:tcW w:w="767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2D4A5B3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F23748">
              <w:rPr>
                <w:rFonts w:ascii="Calibri" w:hAnsi="Calibri" w:cs="Calibri"/>
                <w:sz w:val="24"/>
                <w:szCs w:val="24"/>
                <w:lang w:val="el-GR"/>
              </w:rPr>
              <w:t>Εισπραχθέντα ποσά ΟΙΕ μέχρι τον μήνα αναφοράς 2026 (Α)</w:t>
            </w:r>
          </w:p>
        </w:tc>
        <w:bookmarkStart w:id="17" w:name="OIE31_A"/>
        <w:tc>
          <w:tcPr>
            <w:tcW w:w="2374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2E57BEE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OIE31_A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7"/>
          </w:p>
        </w:tc>
      </w:tr>
      <w:tr w:rsidR="00C151C2" w:rsidRPr="00F23748" w14:paraId="23E3E115" w14:textId="77777777" w:rsidTr="00651415">
        <w:trPr>
          <w:jc w:val="center"/>
        </w:trPr>
        <w:tc>
          <w:tcPr>
            <w:tcW w:w="767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DB305B6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F23748">
              <w:rPr>
                <w:rFonts w:ascii="Calibri" w:hAnsi="Calibri" w:cs="Calibri"/>
                <w:sz w:val="24"/>
                <w:szCs w:val="24"/>
                <w:lang w:val="el-GR"/>
              </w:rPr>
              <w:t>Εισπραχθέντα ποσά ΟΙΕ μέχρι 31.12.2026 (Β)</w:t>
            </w:r>
          </w:p>
        </w:tc>
        <w:bookmarkStart w:id="18" w:name="OIE31_B"/>
        <w:tc>
          <w:tcPr>
            <w:tcW w:w="2374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7EEEC15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OIE31_B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8"/>
          </w:p>
        </w:tc>
      </w:tr>
      <w:tr w:rsidR="00C151C2" w:rsidRPr="00F23748" w14:paraId="7DE9549F" w14:textId="77777777" w:rsidTr="00651415">
        <w:trPr>
          <w:jc w:val="center"/>
        </w:trPr>
        <w:tc>
          <w:tcPr>
            <w:tcW w:w="767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3EBB6A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F23748">
              <w:rPr>
                <w:rFonts w:ascii="Calibri" w:hAnsi="Calibri" w:cs="Calibri"/>
                <w:sz w:val="24"/>
                <w:szCs w:val="24"/>
                <w:lang w:val="el-GR"/>
              </w:rPr>
              <w:t>Εισπραχθέντα ποσά ΟΙΕ μέχρι τον μήνα αναφοράς 2027 (Γ)</w:t>
            </w:r>
          </w:p>
        </w:tc>
        <w:bookmarkStart w:id="19" w:name="OIE31_C"/>
        <w:tc>
          <w:tcPr>
            <w:tcW w:w="2374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9A8DB14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OIE31_C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9"/>
          </w:p>
        </w:tc>
      </w:tr>
      <w:tr w:rsidR="00C151C2" w:rsidRPr="00F23748" w14:paraId="5DD6A739" w14:textId="77777777" w:rsidTr="00651415">
        <w:trPr>
          <w:jc w:val="center"/>
        </w:trPr>
        <w:tc>
          <w:tcPr>
            <w:tcW w:w="767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B60471A" w14:textId="77777777" w:rsidR="00C151C2" w:rsidRPr="00BB6380" w:rsidRDefault="009A40E7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B6380">
              <w:rPr>
                <w:rFonts w:ascii="Calibri" w:hAnsi="Calibri" w:cs="Calibri"/>
                <w:b/>
                <w:bCs/>
                <w:sz w:val="24"/>
                <w:szCs w:val="24"/>
              </w:rPr>
              <w:t>Ανώτατο όριο ΟΙΕ 2027 (Δ)</w:t>
            </w:r>
          </w:p>
        </w:tc>
        <w:bookmarkStart w:id="20" w:name="OIE31_D"/>
        <w:tc>
          <w:tcPr>
            <w:tcW w:w="2374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794ADA7" w14:textId="33B7E381" w:rsidR="00C151C2" w:rsidRPr="00BB6380" w:rsidRDefault="009A40E7">
            <w:pPr>
              <w:spacing w:after="0"/>
              <w:jc w:val="righ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B6380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fldChar w:fldCharType="begin"/>
            </w:r>
            <w:r w:rsidRPr="00BB6380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instrText xml:space="preserve"> =B3+(B4&gt;B2)*(B4-B2) \# "#.##0,00" </w:instrText>
            </w:r>
            <w:r w:rsidRPr="00BB6380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fldChar w:fldCharType="separate"/>
            </w:r>
            <w:r w:rsidR="004D25CC"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  <w:t xml:space="preserve">   0,00</w:t>
            </w:r>
            <w:r w:rsidRPr="00BB6380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fldChar w:fldCharType="end"/>
            </w:r>
            <w:bookmarkEnd w:id="20"/>
          </w:p>
        </w:tc>
      </w:tr>
    </w:tbl>
    <w:p w14:paraId="0EDA2175" w14:textId="77777777" w:rsidR="00C151C2" w:rsidRPr="00F23748" w:rsidRDefault="00F15D16" w:rsidP="00651415">
      <w:pPr>
        <w:pStyle w:val="21"/>
        <w:rPr>
          <w:lang w:val="el-GR"/>
        </w:rPr>
      </w:pPr>
      <w:r>
        <w:rPr>
          <w:lang w:val="el-GR"/>
        </w:rPr>
        <w:t>3</w:t>
      </w:r>
      <w:r w:rsidR="009A40E7" w:rsidRPr="00F23748">
        <w:rPr>
          <w:lang w:val="el-GR"/>
        </w:rPr>
        <w:t>.2. Προσαύξηση ανώτατου ορίου ΟΙΕ λόγω συγχώνευσης νομικών προσώπων</w:t>
      </w:r>
    </w:p>
    <w:p w14:paraId="6142409F" w14:textId="77777777" w:rsidR="00C151C2" w:rsidRPr="00F23748" w:rsidRDefault="009A40E7" w:rsidP="006D0CC0">
      <w:pPr>
        <w:spacing w:after="120"/>
        <w:rPr>
          <w:rFonts w:ascii="Calibri" w:hAnsi="Calibri" w:cs="Calibri"/>
          <w:sz w:val="24"/>
          <w:szCs w:val="24"/>
          <w:lang w:val="el-GR"/>
        </w:rPr>
      </w:pPr>
      <w:r w:rsidRPr="00F23748">
        <w:rPr>
          <w:rFonts w:ascii="Calibri" w:hAnsi="Calibri" w:cs="Calibri"/>
          <w:b/>
          <w:sz w:val="24"/>
          <w:szCs w:val="24"/>
          <w:lang w:val="el-GR"/>
        </w:rPr>
        <w:t>Έχουν ενσωματωθεί στον φορέα οικονομικά στοιχεία καταργηθέντων ή συγχωνευθέντων νομικών προσώπων που επηρεάζουν τον υπολογισμό του ανώτατου ορίου ΟΙΕ;</w:t>
      </w:r>
    </w:p>
    <w:bookmarkStart w:id="21" w:name="CHECK32_NAI"/>
    <w:p w14:paraId="45B5F9AA" w14:textId="77777777" w:rsidR="00826604" w:rsidRDefault="00EB78F2" w:rsidP="006D0CC0">
      <w:pPr>
        <w:spacing w:after="120"/>
        <w:rPr>
          <w:rFonts w:ascii="Calibri" w:hAnsi="Calibri" w:cs="Calibri"/>
          <w:sz w:val="24"/>
          <w:szCs w:val="24"/>
          <w:lang w:val="el-GR"/>
        </w:rPr>
      </w:pPr>
      <w:r>
        <w:rPr>
          <w:rFonts w:ascii="Calibri" w:eastAsia="Calibri" w:hAnsi="Calibri" w:cs="Calibri"/>
          <w:sz w:val="24"/>
          <w:szCs w:val="24"/>
        </w:rPr>
        <w:fldChar w:fldCharType="begin">
          <w:ffData>
            <w:name w:val="CHECK32_NAI"/>
            <w:enabled/>
            <w:calcOnExit/>
            <w:checkBox>
              <w:sizeAuto/>
              <w:default w:val="0"/>
              <w:checked w:val="0"/>
            </w:checkBox>
          </w:ffData>
        </w:fldChar>
      </w:r>
      <w:r w:rsidRPr="00DB4006">
        <w:rPr>
          <w:rFonts w:ascii="Calibri" w:eastAsia="Calibri" w:hAnsi="Calibri" w:cs="Calibri"/>
          <w:sz w:val="24"/>
          <w:szCs w:val="24"/>
          <w:lang w:val="el-GR"/>
        </w:rPr>
        <w:instrText xml:space="preserve"> </w:instrText>
      </w:r>
      <w:r>
        <w:rPr>
          <w:rFonts w:ascii="Calibri" w:eastAsia="Calibri" w:hAnsi="Calibri" w:cs="Calibri"/>
          <w:sz w:val="24"/>
          <w:szCs w:val="24"/>
        </w:rPr>
        <w:instrText>FORMCHECKBOX</w:instrText>
      </w:r>
      <w:r w:rsidRPr="00DB4006">
        <w:rPr>
          <w:rFonts w:ascii="Calibri" w:eastAsia="Calibri" w:hAnsi="Calibri" w:cs="Calibri"/>
          <w:sz w:val="24"/>
          <w:szCs w:val="24"/>
          <w:lang w:val="el-GR"/>
        </w:rPr>
        <w:instrText xml:space="preserve"> </w:instrText>
      </w:r>
      <w:r>
        <w:rPr>
          <w:rFonts w:ascii="Calibri" w:eastAsia="Calibri" w:hAnsi="Calibri" w:cs="Calibri"/>
          <w:sz w:val="24"/>
          <w:szCs w:val="24"/>
        </w:rPr>
      </w:r>
      <w:r>
        <w:rPr>
          <w:rFonts w:ascii="Calibri" w:eastAsia="Calibri" w:hAnsi="Calibri" w:cs="Calibri"/>
          <w:sz w:val="24"/>
          <w:szCs w:val="24"/>
        </w:rPr>
        <w:fldChar w:fldCharType="separate"/>
      </w:r>
      <w:r>
        <w:rPr>
          <w:rFonts w:ascii="Calibri" w:eastAsia="Calibri" w:hAnsi="Calibri" w:cs="Calibri"/>
          <w:sz w:val="24"/>
          <w:szCs w:val="24"/>
        </w:rPr>
        <w:fldChar w:fldCharType="end"/>
      </w:r>
      <w:bookmarkEnd w:id="21"/>
      <w:r w:rsidRPr="00DB4006">
        <w:rPr>
          <w:rFonts w:ascii="Calibri" w:eastAsia="Calibri" w:hAnsi="Calibri" w:cs="Calibri"/>
          <w:color w:val="1F4E78"/>
          <w:sz w:val="24"/>
          <w:szCs w:val="24"/>
          <w:lang w:val="el-GR"/>
        </w:rPr>
        <w:t xml:space="preserve"> ΝΑΙ =&gt; Συμπληρώνεται ο ακόλουθος πίνακας.</w:t>
      </w:r>
    </w:p>
    <w:bookmarkStart w:id="22" w:name="CHECK32_OXI"/>
    <w:p w14:paraId="7137C9CB" w14:textId="77777777" w:rsidR="00826604" w:rsidRDefault="00EB78F2" w:rsidP="006D0CC0">
      <w:pPr>
        <w:spacing w:after="120"/>
        <w:rPr>
          <w:rFonts w:ascii="Calibri" w:hAnsi="Calibri" w:cs="Calibri"/>
          <w:sz w:val="24"/>
          <w:szCs w:val="24"/>
          <w:lang w:val="el-GR"/>
        </w:rPr>
      </w:pPr>
      <w:r>
        <w:rPr>
          <w:rFonts w:ascii="Calibri" w:eastAsia="Calibri" w:hAnsi="Calibri" w:cs="Calibri"/>
          <w:sz w:val="24"/>
          <w:szCs w:val="24"/>
        </w:rPr>
        <w:fldChar w:fldCharType="begin">
          <w:ffData>
            <w:name w:val="CHECK32_OXI"/>
            <w:enabled/>
            <w:calcOnExit/>
            <w:checkBox>
              <w:sizeAuto/>
              <w:default w:val="0"/>
              <w:checked w:val="0"/>
            </w:checkBox>
          </w:ffData>
        </w:fldChar>
      </w:r>
      <w:r w:rsidRPr="00DB4006">
        <w:rPr>
          <w:rFonts w:ascii="Calibri" w:eastAsia="Calibri" w:hAnsi="Calibri" w:cs="Calibri"/>
          <w:sz w:val="24"/>
          <w:szCs w:val="24"/>
          <w:lang w:val="el-GR"/>
        </w:rPr>
        <w:instrText xml:space="preserve"> </w:instrText>
      </w:r>
      <w:r>
        <w:rPr>
          <w:rFonts w:ascii="Calibri" w:eastAsia="Calibri" w:hAnsi="Calibri" w:cs="Calibri"/>
          <w:sz w:val="24"/>
          <w:szCs w:val="24"/>
        </w:rPr>
        <w:instrText>FORMCHECKBOX</w:instrText>
      </w:r>
      <w:r w:rsidRPr="00DB4006">
        <w:rPr>
          <w:rFonts w:ascii="Calibri" w:eastAsia="Calibri" w:hAnsi="Calibri" w:cs="Calibri"/>
          <w:sz w:val="24"/>
          <w:szCs w:val="24"/>
          <w:lang w:val="el-GR"/>
        </w:rPr>
        <w:instrText xml:space="preserve"> </w:instrText>
      </w:r>
      <w:r>
        <w:rPr>
          <w:rFonts w:ascii="Calibri" w:eastAsia="Calibri" w:hAnsi="Calibri" w:cs="Calibri"/>
          <w:sz w:val="24"/>
          <w:szCs w:val="24"/>
        </w:rPr>
      </w:r>
      <w:r>
        <w:rPr>
          <w:rFonts w:ascii="Calibri" w:eastAsia="Calibri" w:hAnsi="Calibri" w:cs="Calibri"/>
          <w:sz w:val="24"/>
          <w:szCs w:val="24"/>
        </w:rPr>
        <w:fldChar w:fldCharType="separate"/>
      </w:r>
      <w:r>
        <w:rPr>
          <w:rFonts w:ascii="Calibri" w:eastAsia="Calibri" w:hAnsi="Calibri" w:cs="Calibri"/>
          <w:sz w:val="24"/>
          <w:szCs w:val="24"/>
        </w:rPr>
        <w:fldChar w:fldCharType="end"/>
      </w:r>
      <w:bookmarkEnd w:id="22"/>
      <w:r w:rsidRPr="00DB4006">
        <w:rPr>
          <w:rFonts w:ascii="Calibri" w:eastAsia="Calibri" w:hAnsi="Calibri" w:cs="Calibri"/>
          <w:color w:val="C00000"/>
          <w:sz w:val="24"/>
          <w:szCs w:val="24"/>
          <w:lang w:val="el-GR"/>
        </w:rPr>
        <w:t xml:space="preserve"> ΟΧΙ =&gt; Δεν εφαρμόζεται. Μετάβαση στην ενότητα 3.3.</w:t>
      </w:r>
    </w:p>
    <w:p w14:paraId="04456530" w14:textId="77777777" w:rsidR="00C151C2" w:rsidRPr="00E6654C" w:rsidRDefault="009A40E7">
      <w:pPr>
        <w:rPr>
          <w:rFonts w:ascii="Calibri" w:hAnsi="Calibri" w:cs="Calibri"/>
          <w:sz w:val="24"/>
          <w:szCs w:val="24"/>
          <w:lang w:val="el-GR"/>
        </w:rPr>
      </w:pPr>
      <w:r w:rsidRPr="00F23748">
        <w:rPr>
          <w:rFonts w:ascii="Calibri" w:hAnsi="Calibri" w:cs="Calibri"/>
          <w:sz w:val="24"/>
          <w:szCs w:val="24"/>
          <w:lang w:val="el-GR"/>
        </w:rPr>
        <w:t>Για κάθε νομικό πρόσωπο καταγράφονται τα στοιχεία που απαιτούνται για τον υπολογισμό της πρόσθετης δυνατότητας εγγραφής ιδίων εσόδων:</w:t>
      </w:r>
    </w:p>
    <w:p w14:paraId="41C8CF84" w14:textId="77777777" w:rsidR="002C40B3" w:rsidRPr="00E6654C" w:rsidRDefault="002C40B3">
      <w:pPr>
        <w:rPr>
          <w:rFonts w:ascii="Calibri" w:hAnsi="Calibri" w:cs="Calibri"/>
          <w:sz w:val="24"/>
          <w:szCs w:val="24"/>
          <w:lang w:val="el-GR"/>
        </w:rPr>
      </w:pPr>
    </w:p>
    <w:tbl>
      <w:tblPr>
        <w:tblStyle w:val="afa"/>
        <w:tblW w:w="10860" w:type="dxa"/>
        <w:jc w:val="center"/>
        <w:tblLayout w:type="fixed"/>
        <w:tblLook w:val="04A0" w:firstRow="1" w:lastRow="0" w:firstColumn="1" w:lastColumn="0" w:noHBand="0" w:noVBand="1"/>
      </w:tblPr>
      <w:tblGrid>
        <w:gridCol w:w="3000"/>
        <w:gridCol w:w="2050"/>
        <w:gridCol w:w="2050"/>
        <w:gridCol w:w="2050"/>
        <w:gridCol w:w="1710"/>
      </w:tblGrid>
      <w:tr w:rsidR="00C151C2" w:rsidRPr="00F23748" w14:paraId="70508DAF" w14:textId="77777777" w:rsidTr="00651415">
        <w:trPr>
          <w:tblHeader/>
          <w:jc w:val="center"/>
        </w:trPr>
        <w:tc>
          <w:tcPr>
            <w:tcW w:w="3000" w:type="dxa"/>
            <w:shd w:val="clear" w:color="auto" w:fill="D9E2F3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547A066" w14:textId="77777777" w:rsidR="00C151C2" w:rsidRPr="00F23748" w:rsidRDefault="009A40E7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3748">
              <w:rPr>
                <w:rFonts w:ascii="Calibri" w:eastAsia="Calibri" w:hAnsi="Calibri" w:cs="Calibri"/>
                <w:b/>
                <w:sz w:val="24"/>
                <w:szCs w:val="24"/>
              </w:rPr>
              <w:t>Νομικό πρόσωπο</w:t>
            </w:r>
          </w:p>
        </w:tc>
        <w:tc>
          <w:tcPr>
            <w:tcW w:w="2050" w:type="dxa"/>
            <w:shd w:val="clear" w:color="auto" w:fill="D9E2F3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7E17193" w14:textId="77777777" w:rsidR="00C151C2" w:rsidRPr="00F23748" w:rsidRDefault="009A40E7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F23748"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  <w:t>Εισπραχθέντα ΟΙΕ έως μήνα αναφοράς 2026 (Α)</w:t>
            </w:r>
          </w:p>
        </w:tc>
        <w:tc>
          <w:tcPr>
            <w:tcW w:w="2050" w:type="dxa"/>
            <w:shd w:val="clear" w:color="auto" w:fill="D9E2F3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ECEEC71" w14:textId="77777777" w:rsidR="00C151C2" w:rsidRPr="00F23748" w:rsidRDefault="009A40E7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3748">
              <w:rPr>
                <w:rFonts w:ascii="Calibri" w:eastAsia="Calibri" w:hAnsi="Calibri" w:cs="Calibri"/>
                <w:b/>
                <w:sz w:val="24"/>
                <w:szCs w:val="24"/>
              </w:rPr>
              <w:t>Εισπραχθέντα ΟΙΕ έως 31.12.2026 (Β)</w:t>
            </w:r>
          </w:p>
        </w:tc>
        <w:tc>
          <w:tcPr>
            <w:tcW w:w="2050" w:type="dxa"/>
            <w:shd w:val="clear" w:color="auto" w:fill="D9E2F3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351954C" w14:textId="77777777" w:rsidR="00C151C2" w:rsidRPr="00F23748" w:rsidRDefault="009A40E7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F23748"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  <w:t>Εισπραχθέντα ΟΙΕ έως μήνα αναφοράς 2027 (Γ)</w:t>
            </w:r>
          </w:p>
        </w:tc>
        <w:tc>
          <w:tcPr>
            <w:tcW w:w="1710" w:type="dxa"/>
            <w:shd w:val="clear" w:color="auto" w:fill="D9E2F3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BD97454" w14:textId="77777777" w:rsidR="00C151C2" w:rsidRPr="00F23748" w:rsidRDefault="009A40E7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3748">
              <w:rPr>
                <w:rFonts w:ascii="Calibri" w:eastAsia="Calibri" w:hAnsi="Calibri" w:cs="Calibri"/>
                <w:b/>
                <w:sz w:val="24"/>
                <w:szCs w:val="24"/>
              </w:rPr>
              <w:t>Ανώτατο όριο ΟΙΕ (Δ)</w:t>
            </w:r>
          </w:p>
        </w:tc>
      </w:tr>
      <w:bookmarkStart w:id="23" w:name="NP1_NAME"/>
      <w:tr w:rsidR="00C151C2" w:rsidRPr="00F23748" w14:paraId="6FEC7EC1" w14:textId="77777777" w:rsidTr="00651415">
        <w:trPr>
          <w:cantSplit/>
          <w:trHeight w:val="374"/>
          <w:jc w:val="center"/>
        </w:trPr>
        <w:tc>
          <w:tcPr>
            <w:tcW w:w="30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D58643D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NP1_NAME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23"/>
          </w:p>
        </w:tc>
        <w:bookmarkStart w:id="24" w:name="NP1_A"/>
        <w:tc>
          <w:tcPr>
            <w:tcW w:w="205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30A6722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NP1_A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24"/>
          </w:p>
        </w:tc>
        <w:bookmarkStart w:id="25" w:name="NP1_B"/>
        <w:tc>
          <w:tcPr>
            <w:tcW w:w="205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1233733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NP1_B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25"/>
          </w:p>
        </w:tc>
        <w:bookmarkStart w:id="26" w:name="NP1_C"/>
        <w:tc>
          <w:tcPr>
            <w:tcW w:w="205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F09940B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NP1_C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26"/>
          </w:p>
        </w:tc>
        <w:bookmarkStart w:id="27" w:name="NP1_D"/>
        <w:tc>
          <w:tcPr>
            <w:tcW w:w="171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D812EC8" w14:textId="4E4A6B0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/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=C2+((D2-B2)+ABS(D2-B2))/2 \# "#.##0,00"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="004D25CC">
              <w:rPr>
                <w:rFonts w:ascii="Calibri" w:eastAsia="Calibri" w:hAnsi="Calibri" w:cs="Calibri"/>
                <w:noProof/>
                <w:sz w:val="24"/>
                <w:szCs w:val="24"/>
              </w:rPr>
              <w:t xml:space="preserve">   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27"/>
          </w:p>
        </w:tc>
      </w:tr>
      <w:bookmarkStart w:id="28" w:name="NP2_NAME"/>
      <w:tr w:rsidR="00C151C2" w:rsidRPr="00F23748" w14:paraId="6644F891" w14:textId="77777777" w:rsidTr="00651415">
        <w:trPr>
          <w:cantSplit/>
          <w:trHeight w:val="374"/>
          <w:jc w:val="center"/>
        </w:trPr>
        <w:tc>
          <w:tcPr>
            <w:tcW w:w="30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EC7929F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NP2_NAME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28"/>
          </w:p>
        </w:tc>
        <w:bookmarkStart w:id="29" w:name="NP2_A"/>
        <w:tc>
          <w:tcPr>
            <w:tcW w:w="205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950B5CE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NP2_A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29"/>
          </w:p>
        </w:tc>
        <w:bookmarkStart w:id="30" w:name="NP2_B"/>
        <w:tc>
          <w:tcPr>
            <w:tcW w:w="205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85B63B9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NP2_B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30"/>
          </w:p>
        </w:tc>
        <w:bookmarkStart w:id="31" w:name="NP2_C"/>
        <w:tc>
          <w:tcPr>
            <w:tcW w:w="205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50D796A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NP2_C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31"/>
          </w:p>
        </w:tc>
        <w:bookmarkStart w:id="32" w:name="NP2_D"/>
        <w:tc>
          <w:tcPr>
            <w:tcW w:w="171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0F79CBD" w14:textId="0378891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/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=C3+((D3-B3)+ABS(D3-B3))/2 \# "#.##0,00"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="004D25CC">
              <w:rPr>
                <w:rFonts w:ascii="Calibri" w:eastAsia="Calibri" w:hAnsi="Calibri" w:cs="Calibri"/>
                <w:noProof/>
                <w:sz w:val="24"/>
                <w:szCs w:val="24"/>
              </w:rPr>
              <w:t xml:space="preserve">   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32"/>
          </w:p>
        </w:tc>
      </w:tr>
      <w:bookmarkStart w:id="33" w:name="NP3_NAME"/>
      <w:tr w:rsidR="00C151C2" w:rsidRPr="00F23748" w14:paraId="28A4692B" w14:textId="77777777" w:rsidTr="00651415">
        <w:trPr>
          <w:cantSplit/>
          <w:trHeight w:val="374"/>
          <w:jc w:val="center"/>
        </w:trPr>
        <w:tc>
          <w:tcPr>
            <w:tcW w:w="30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F00C0E4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NP3_NAME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33"/>
          </w:p>
        </w:tc>
        <w:bookmarkStart w:id="34" w:name="NP3_A"/>
        <w:tc>
          <w:tcPr>
            <w:tcW w:w="205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AF4F272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NP3_A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34"/>
          </w:p>
        </w:tc>
        <w:bookmarkStart w:id="35" w:name="NP3_B"/>
        <w:tc>
          <w:tcPr>
            <w:tcW w:w="205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205F6EE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NP3_B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35"/>
          </w:p>
        </w:tc>
        <w:bookmarkStart w:id="36" w:name="NP3_C"/>
        <w:tc>
          <w:tcPr>
            <w:tcW w:w="205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9DEB113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NP3_C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36"/>
          </w:p>
        </w:tc>
        <w:bookmarkStart w:id="37" w:name="NP3_D"/>
        <w:tc>
          <w:tcPr>
            <w:tcW w:w="171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F3BEA9E" w14:textId="32684B65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/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=C4+((D4-B4)+ABS(D4-B4))/2 \# "#.##0,00"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="004D25CC">
              <w:rPr>
                <w:rFonts w:ascii="Calibri" w:eastAsia="Calibri" w:hAnsi="Calibri" w:cs="Calibri"/>
                <w:noProof/>
                <w:sz w:val="24"/>
                <w:szCs w:val="24"/>
              </w:rPr>
              <w:t xml:space="preserve">   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37"/>
          </w:p>
        </w:tc>
      </w:tr>
      <w:bookmarkStart w:id="38" w:name="NP4_NAME"/>
      <w:tr w:rsidR="00C151C2" w:rsidRPr="00F23748" w14:paraId="7565BD3E" w14:textId="77777777" w:rsidTr="00651415">
        <w:trPr>
          <w:cantSplit/>
          <w:trHeight w:val="374"/>
          <w:jc w:val="center"/>
        </w:trPr>
        <w:tc>
          <w:tcPr>
            <w:tcW w:w="30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663722F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NP4_NAME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38"/>
          </w:p>
        </w:tc>
        <w:bookmarkStart w:id="39" w:name="NP4_A"/>
        <w:tc>
          <w:tcPr>
            <w:tcW w:w="205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0204D90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NP4_A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39"/>
          </w:p>
        </w:tc>
        <w:bookmarkStart w:id="40" w:name="NP4_B"/>
        <w:tc>
          <w:tcPr>
            <w:tcW w:w="205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24C7B02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NP4_B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40"/>
          </w:p>
        </w:tc>
        <w:bookmarkStart w:id="41" w:name="NP4_C"/>
        <w:tc>
          <w:tcPr>
            <w:tcW w:w="205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B17D291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NP4_C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41"/>
          </w:p>
        </w:tc>
        <w:bookmarkStart w:id="42" w:name="NP4_D"/>
        <w:tc>
          <w:tcPr>
            <w:tcW w:w="171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BF5F286" w14:textId="3BEB638E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/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=C5+((D5-B5)+ABS(D5-B5))/2 \# "#.##0,00"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="004D25CC">
              <w:rPr>
                <w:rFonts w:ascii="Calibri" w:eastAsia="Calibri" w:hAnsi="Calibri" w:cs="Calibri"/>
                <w:noProof/>
                <w:sz w:val="24"/>
                <w:szCs w:val="24"/>
              </w:rPr>
              <w:t xml:space="preserve">   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42"/>
          </w:p>
        </w:tc>
      </w:tr>
      <w:bookmarkStart w:id="43" w:name="NP5_NAME"/>
      <w:tr w:rsidR="00C151C2" w:rsidRPr="00F23748" w14:paraId="678AB3BF" w14:textId="77777777" w:rsidTr="00651415">
        <w:trPr>
          <w:cantSplit/>
          <w:trHeight w:val="374"/>
          <w:jc w:val="center"/>
        </w:trPr>
        <w:tc>
          <w:tcPr>
            <w:tcW w:w="30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B19E710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NP5_NAME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43"/>
          </w:p>
        </w:tc>
        <w:bookmarkStart w:id="44" w:name="NP5_A"/>
        <w:tc>
          <w:tcPr>
            <w:tcW w:w="205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BC22E40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NP5_A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44"/>
          </w:p>
        </w:tc>
        <w:bookmarkStart w:id="45" w:name="NP5_B"/>
        <w:tc>
          <w:tcPr>
            <w:tcW w:w="205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3751422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NP5_B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45"/>
          </w:p>
        </w:tc>
        <w:bookmarkStart w:id="46" w:name="NP5_C"/>
        <w:tc>
          <w:tcPr>
            <w:tcW w:w="205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D922FC0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NP5_C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46"/>
          </w:p>
        </w:tc>
        <w:bookmarkStart w:id="47" w:name="NP5_D"/>
        <w:tc>
          <w:tcPr>
            <w:tcW w:w="171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C3E9298" w14:textId="417DFB63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/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=C6+((D6-B6)+ABS(D6-B6))/2 \# "#.##0,00"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="004D25CC">
              <w:rPr>
                <w:rFonts w:ascii="Calibri" w:eastAsia="Calibri" w:hAnsi="Calibri" w:cs="Calibri"/>
                <w:noProof/>
                <w:sz w:val="24"/>
                <w:szCs w:val="24"/>
              </w:rPr>
              <w:t xml:space="preserve">   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47"/>
          </w:p>
        </w:tc>
      </w:tr>
      <w:bookmarkStart w:id="48" w:name="NP6_NAME"/>
      <w:tr w:rsidR="00C151C2" w:rsidRPr="00F23748" w14:paraId="0B8BFEA2" w14:textId="77777777" w:rsidTr="00651415">
        <w:trPr>
          <w:cantSplit/>
          <w:trHeight w:val="374"/>
          <w:jc w:val="center"/>
        </w:trPr>
        <w:tc>
          <w:tcPr>
            <w:tcW w:w="30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F1EA11E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NP6_NAME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48"/>
          </w:p>
        </w:tc>
        <w:bookmarkStart w:id="49" w:name="NP6_A"/>
        <w:tc>
          <w:tcPr>
            <w:tcW w:w="205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517E9F7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NP6_A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49"/>
          </w:p>
        </w:tc>
        <w:bookmarkStart w:id="50" w:name="NP6_B"/>
        <w:tc>
          <w:tcPr>
            <w:tcW w:w="205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177A26A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NP6_B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50"/>
          </w:p>
        </w:tc>
        <w:bookmarkStart w:id="51" w:name="NP6_C"/>
        <w:tc>
          <w:tcPr>
            <w:tcW w:w="205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59E95BF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NP6_C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51"/>
          </w:p>
        </w:tc>
        <w:bookmarkStart w:id="52" w:name="NP6_D"/>
        <w:tc>
          <w:tcPr>
            <w:tcW w:w="171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FE3A709" w14:textId="4E88A429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/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=C7+((D7-B7)+ABS(D7-B7))/2 \# "#.##0,00"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="004D25CC">
              <w:rPr>
                <w:rFonts w:ascii="Calibri" w:eastAsia="Calibri" w:hAnsi="Calibri" w:cs="Calibri"/>
                <w:noProof/>
                <w:sz w:val="24"/>
                <w:szCs w:val="24"/>
              </w:rPr>
              <w:t xml:space="preserve">   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52"/>
          </w:p>
        </w:tc>
      </w:tr>
      <w:bookmarkStart w:id="53" w:name="NP7_NAME"/>
      <w:tr w:rsidR="00C151C2" w:rsidRPr="00F23748" w14:paraId="17127EEC" w14:textId="77777777" w:rsidTr="00651415">
        <w:trPr>
          <w:cantSplit/>
          <w:trHeight w:val="374"/>
          <w:jc w:val="center"/>
        </w:trPr>
        <w:tc>
          <w:tcPr>
            <w:tcW w:w="30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4B431CB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NP7_NAME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53"/>
          </w:p>
        </w:tc>
        <w:bookmarkStart w:id="54" w:name="NP7_A"/>
        <w:tc>
          <w:tcPr>
            <w:tcW w:w="205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FE70146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NP7_A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54"/>
          </w:p>
        </w:tc>
        <w:bookmarkStart w:id="55" w:name="NP7_B"/>
        <w:tc>
          <w:tcPr>
            <w:tcW w:w="205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C28D40A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NP7_B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55"/>
          </w:p>
        </w:tc>
        <w:bookmarkStart w:id="56" w:name="NP7_C"/>
        <w:tc>
          <w:tcPr>
            <w:tcW w:w="205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55B55E8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NP7_C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56"/>
          </w:p>
        </w:tc>
        <w:bookmarkStart w:id="57" w:name="NP7_D"/>
        <w:tc>
          <w:tcPr>
            <w:tcW w:w="171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BFB69B1" w14:textId="67DA11B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/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=C8+((D8-B8)+ABS(D8-B8))/2 \# "#.##0,00"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="004D25CC">
              <w:rPr>
                <w:rFonts w:ascii="Calibri" w:eastAsia="Calibri" w:hAnsi="Calibri" w:cs="Calibri"/>
                <w:noProof/>
                <w:sz w:val="24"/>
                <w:szCs w:val="24"/>
              </w:rPr>
              <w:t xml:space="preserve">   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57"/>
          </w:p>
        </w:tc>
      </w:tr>
      <w:bookmarkStart w:id="58" w:name="NP8_NAME"/>
      <w:tr w:rsidR="00C151C2" w:rsidRPr="00F23748" w14:paraId="6CC8FBF0" w14:textId="77777777" w:rsidTr="00651415">
        <w:trPr>
          <w:cantSplit/>
          <w:trHeight w:val="374"/>
          <w:jc w:val="center"/>
        </w:trPr>
        <w:tc>
          <w:tcPr>
            <w:tcW w:w="30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B9BF27C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NP8_NAME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58"/>
          </w:p>
        </w:tc>
        <w:bookmarkStart w:id="59" w:name="NP8_A"/>
        <w:tc>
          <w:tcPr>
            <w:tcW w:w="205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8B25536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NP8_A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59"/>
          </w:p>
        </w:tc>
        <w:bookmarkStart w:id="60" w:name="NP8_B"/>
        <w:tc>
          <w:tcPr>
            <w:tcW w:w="205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C7BF47A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NP8_B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60"/>
          </w:p>
        </w:tc>
        <w:bookmarkStart w:id="61" w:name="NP8_C"/>
        <w:tc>
          <w:tcPr>
            <w:tcW w:w="205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A5EA976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NP8_C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61"/>
          </w:p>
        </w:tc>
        <w:bookmarkStart w:id="62" w:name="NP8_D"/>
        <w:tc>
          <w:tcPr>
            <w:tcW w:w="171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C97F618" w14:textId="385B865B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/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=C9+((D9-B9)+ABS(D9-B9))/2 \# "#.##0,00"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="004D25CC">
              <w:rPr>
                <w:rFonts w:ascii="Calibri" w:eastAsia="Calibri" w:hAnsi="Calibri" w:cs="Calibri"/>
                <w:noProof/>
                <w:sz w:val="24"/>
                <w:szCs w:val="24"/>
              </w:rPr>
              <w:t xml:space="preserve">   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62"/>
          </w:p>
        </w:tc>
      </w:tr>
      <w:bookmarkStart w:id="63" w:name="NP9_NAME"/>
      <w:tr w:rsidR="00C151C2" w:rsidRPr="00F23748" w14:paraId="3DD6DD1A" w14:textId="77777777" w:rsidTr="00651415">
        <w:trPr>
          <w:cantSplit/>
          <w:trHeight w:val="374"/>
          <w:jc w:val="center"/>
        </w:trPr>
        <w:tc>
          <w:tcPr>
            <w:tcW w:w="30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57624E3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NP9_NAME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63"/>
          </w:p>
        </w:tc>
        <w:bookmarkStart w:id="64" w:name="NP9_A"/>
        <w:tc>
          <w:tcPr>
            <w:tcW w:w="205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0721EA9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NP9_A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64"/>
          </w:p>
        </w:tc>
        <w:bookmarkStart w:id="65" w:name="NP9_B"/>
        <w:tc>
          <w:tcPr>
            <w:tcW w:w="205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50F1F86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NP9_B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65"/>
          </w:p>
        </w:tc>
        <w:bookmarkStart w:id="66" w:name="NP9_C"/>
        <w:tc>
          <w:tcPr>
            <w:tcW w:w="205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0392142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NP9_C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66"/>
          </w:p>
        </w:tc>
        <w:bookmarkStart w:id="67" w:name="NP9_D"/>
        <w:tc>
          <w:tcPr>
            <w:tcW w:w="171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ABDC90D" w14:textId="2FA6D476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/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=C10+((D10-B10)+ABS(D10-B10))/2 \# "#.##0,00"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="004D25CC">
              <w:rPr>
                <w:rFonts w:ascii="Calibri" w:eastAsia="Calibri" w:hAnsi="Calibri" w:cs="Calibri"/>
                <w:noProof/>
                <w:sz w:val="24"/>
                <w:szCs w:val="24"/>
              </w:rPr>
              <w:t xml:space="preserve">   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67"/>
          </w:p>
        </w:tc>
      </w:tr>
      <w:bookmarkStart w:id="68" w:name="NP10_NAME"/>
      <w:tr w:rsidR="00C151C2" w:rsidRPr="00F23748" w14:paraId="5BF0D130" w14:textId="77777777" w:rsidTr="00651415">
        <w:trPr>
          <w:cantSplit/>
          <w:trHeight w:val="374"/>
          <w:jc w:val="center"/>
        </w:trPr>
        <w:tc>
          <w:tcPr>
            <w:tcW w:w="30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6ECFF11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fldChar w:fldCharType="begin">
                <w:ffData>
                  <w:name w:val="NP10_NAME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68"/>
          </w:p>
        </w:tc>
        <w:bookmarkStart w:id="69" w:name="NP10_A"/>
        <w:tc>
          <w:tcPr>
            <w:tcW w:w="205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D021A18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NP10_A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69"/>
          </w:p>
        </w:tc>
        <w:bookmarkStart w:id="70" w:name="NP10_B"/>
        <w:tc>
          <w:tcPr>
            <w:tcW w:w="205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4B012B6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NP10_B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70"/>
          </w:p>
        </w:tc>
        <w:bookmarkStart w:id="71" w:name="NP10_C"/>
        <w:tc>
          <w:tcPr>
            <w:tcW w:w="205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1CAC409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NP10_C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71"/>
          </w:p>
        </w:tc>
        <w:bookmarkStart w:id="72" w:name="NP10_D"/>
        <w:tc>
          <w:tcPr>
            <w:tcW w:w="171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ACF40AB" w14:textId="798553C5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/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=C11+((D11-B11)+ABS(D11-B11))/2 \# "#.##0,00"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="004D25CC">
              <w:rPr>
                <w:rFonts w:ascii="Calibri" w:eastAsia="Calibri" w:hAnsi="Calibri" w:cs="Calibri"/>
                <w:noProof/>
                <w:sz w:val="24"/>
                <w:szCs w:val="24"/>
              </w:rPr>
              <w:t xml:space="preserve">   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72"/>
          </w:p>
        </w:tc>
      </w:tr>
      <w:tr w:rsidR="00C151C2" w:rsidRPr="00F23748" w14:paraId="3FFDFD6E" w14:textId="77777777" w:rsidTr="00651415">
        <w:trPr>
          <w:cantSplit/>
          <w:trHeight w:val="374"/>
          <w:jc w:val="center"/>
        </w:trPr>
        <w:tc>
          <w:tcPr>
            <w:tcW w:w="30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09612F4" w14:textId="77777777" w:rsidR="00C151C2" w:rsidRPr="00BB6380" w:rsidRDefault="009A40E7" w:rsidP="00BB6380">
            <w:pPr>
              <w:spacing w:after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B6380">
              <w:rPr>
                <w:rFonts w:ascii="Calibri" w:eastAsia="Calibri" w:hAnsi="Calibri" w:cs="Calibri"/>
                <w:b/>
                <w:sz w:val="24"/>
                <w:szCs w:val="24"/>
              </w:rPr>
              <w:t>ΣΥΝΟΛΟ</w:t>
            </w:r>
          </w:p>
        </w:tc>
        <w:bookmarkStart w:id="73" w:name="OIE32_A_TOTAL"/>
        <w:tc>
          <w:tcPr>
            <w:tcW w:w="205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861DF6C" w14:textId="45205933" w:rsidR="00C151C2" w:rsidRPr="00BB6380" w:rsidRDefault="00C151C2">
            <w:pPr>
              <w:spacing w:after="0"/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BB6380">
              <w:rPr>
                <w:rFonts w:ascii="Calibri" w:eastAsia="Calibri" w:hAnsi="Calibri" w:cs="Calibri"/>
                <w:b/>
                <w:sz w:val="24"/>
                <w:szCs w:val="24"/>
              </w:rPr>
              <w:fldChar w:fldCharType="begin"/>
            </w:r>
            <w:r w:rsidRPr="00BB6380">
              <w:rPr>
                <w:rFonts w:ascii="Calibri" w:eastAsia="Calibri" w:hAnsi="Calibri" w:cs="Calibri"/>
                <w:b/>
                <w:sz w:val="24"/>
                <w:szCs w:val="24"/>
              </w:rPr>
              <w:instrText xml:space="preserve"> =SUM(B2:B11) \# "#.##0,00" </w:instrText>
            </w:r>
            <w:r w:rsidRPr="00BB6380">
              <w:rPr>
                <w:rFonts w:ascii="Calibri" w:eastAsia="Calibri" w:hAnsi="Calibri" w:cs="Calibri"/>
                <w:b/>
                <w:sz w:val="24"/>
                <w:szCs w:val="24"/>
              </w:rPr>
              <w:fldChar w:fldCharType="separate"/>
            </w:r>
            <w:r w:rsidR="004D25CC">
              <w:rPr>
                <w:rFonts w:ascii="Calibri" w:eastAsia="Calibri" w:hAnsi="Calibri" w:cs="Calibri"/>
                <w:b/>
                <w:noProof/>
                <w:sz w:val="24"/>
                <w:szCs w:val="24"/>
              </w:rPr>
              <w:t xml:space="preserve">   0,00</w:t>
            </w:r>
            <w:r w:rsidRPr="00BB6380">
              <w:rPr>
                <w:rFonts w:ascii="Calibri" w:eastAsia="Calibri" w:hAnsi="Calibri" w:cs="Calibri"/>
                <w:b/>
                <w:sz w:val="24"/>
                <w:szCs w:val="24"/>
              </w:rPr>
              <w:fldChar w:fldCharType="end"/>
            </w:r>
            <w:bookmarkEnd w:id="73"/>
          </w:p>
        </w:tc>
        <w:bookmarkStart w:id="74" w:name="OIE32_B_TOTAL"/>
        <w:tc>
          <w:tcPr>
            <w:tcW w:w="205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DC528B2" w14:textId="65A4E5C1" w:rsidR="00C151C2" w:rsidRPr="00BB6380" w:rsidRDefault="00C151C2">
            <w:pPr>
              <w:spacing w:after="0"/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BB6380">
              <w:rPr>
                <w:rFonts w:ascii="Calibri" w:eastAsia="Calibri" w:hAnsi="Calibri" w:cs="Calibri"/>
                <w:b/>
                <w:sz w:val="24"/>
                <w:szCs w:val="24"/>
              </w:rPr>
              <w:fldChar w:fldCharType="begin"/>
            </w:r>
            <w:r w:rsidRPr="00BB6380">
              <w:rPr>
                <w:rFonts w:ascii="Calibri" w:eastAsia="Calibri" w:hAnsi="Calibri" w:cs="Calibri"/>
                <w:b/>
                <w:sz w:val="24"/>
                <w:szCs w:val="24"/>
              </w:rPr>
              <w:instrText xml:space="preserve"> =SUM(C2:C11) \# "#.##0,00" </w:instrText>
            </w:r>
            <w:r w:rsidRPr="00BB6380">
              <w:rPr>
                <w:rFonts w:ascii="Calibri" w:eastAsia="Calibri" w:hAnsi="Calibri" w:cs="Calibri"/>
                <w:b/>
                <w:sz w:val="24"/>
                <w:szCs w:val="24"/>
              </w:rPr>
              <w:fldChar w:fldCharType="separate"/>
            </w:r>
            <w:r w:rsidR="004D25CC">
              <w:rPr>
                <w:rFonts w:ascii="Calibri" w:eastAsia="Calibri" w:hAnsi="Calibri" w:cs="Calibri"/>
                <w:b/>
                <w:noProof/>
                <w:sz w:val="24"/>
                <w:szCs w:val="24"/>
              </w:rPr>
              <w:t xml:space="preserve">   0,00</w:t>
            </w:r>
            <w:r w:rsidRPr="00BB6380">
              <w:rPr>
                <w:rFonts w:ascii="Calibri" w:eastAsia="Calibri" w:hAnsi="Calibri" w:cs="Calibri"/>
                <w:b/>
                <w:sz w:val="24"/>
                <w:szCs w:val="24"/>
              </w:rPr>
              <w:fldChar w:fldCharType="end"/>
            </w:r>
            <w:bookmarkEnd w:id="74"/>
          </w:p>
        </w:tc>
        <w:bookmarkStart w:id="75" w:name="OIE32_C_TOTAL"/>
        <w:tc>
          <w:tcPr>
            <w:tcW w:w="205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FB7152C" w14:textId="4EAE6364" w:rsidR="00C151C2" w:rsidRPr="00BB6380" w:rsidRDefault="00C151C2">
            <w:pPr>
              <w:spacing w:after="0"/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BB6380">
              <w:rPr>
                <w:rFonts w:ascii="Calibri" w:eastAsia="Calibri" w:hAnsi="Calibri" w:cs="Calibri"/>
                <w:b/>
                <w:sz w:val="24"/>
                <w:szCs w:val="24"/>
              </w:rPr>
              <w:fldChar w:fldCharType="begin"/>
            </w:r>
            <w:r w:rsidRPr="00BB6380">
              <w:rPr>
                <w:rFonts w:ascii="Calibri" w:eastAsia="Calibri" w:hAnsi="Calibri" w:cs="Calibri"/>
                <w:b/>
                <w:sz w:val="24"/>
                <w:szCs w:val="24"/>
              </w:rPr>
              <w:instrText xml:space="preserve"> =SUM(D2:D11) \# "#.##0,00" </w:instrText>
            </w:r>
            <w:r w:rsidRPr="00BB6380">
              <w:rPr>
                <w:rFonts w:ascii="Calibri" w:eastAsia="Calibri" w:hAnsi="Calibri" w:cs="Calibri"/>
                <w:b/>
                <w:sz w:val="24"/>
                <w:szCs w:val="24"/>
              </w:rPr>
              <w:fldChar w:fldCharType="separate"/>
            </w:r>
            <w:r w:rsidR="004D25CC">
              <w:rPr>
                <w:rFonts w:ascii="Calibri" w:eastAsia="Calibri" w:hAnsi="Calibri" w:cs="Calibri"/>
                <w:b/>
                <w:noProof/>
                <w:sz w:val="24"/>
                <w:szCs w:val="24"/>
              </w:rPr>
              <w:t xml:space="preserve">   0,00</w:t>
            </w:r>
            <w:r w:rsidRPr="00BB6380">
              <w:rPr>
                <w:rFonts w:ascii="Calibri" w:eastAsia="Calibri" w:hAnsi="Calibri" w:cs="Calibri"/>
                <w:b/>
                <w:sz w:val="24"/>
                <w:szCs w:val="24"/>
              </w:rPr>
              <w:fldChar w:fldCharType="end"/>
            </w:r>
            <w:bookmarkEnd w:id="75"/>
          </w:p>
        </w:tc>
        <w:bookmarkStart w:id="76" w:name="OIE32_TOTAL"/>
        <w:tc>
          <w:tcPr>
            <w:tcW w:w="171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DB41107" w14:textId="0F1B6DDC" w:rsidR="00C151C2" w:rsidRPr="00BB6380" w:rsidRDefault="009A40E7">
            <w:pPr>
              <w:spacing w:after="0"/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BB6380">
              <w:rPr>
                <w:rFonts w:ascii="Calibri" w:eastAsia="Calibri" w:hAnsi="Calibri" w:cs="Calibri"/>
                <w:b/>
                <w:sz w:val="24"/>
                <w:szCs w:val="24"/>
              </w:rPr>
              <w:fldChar w:fldCharType="begin"/>
            </w:r>
            <w:r w:rsidRPr="00BB6380">
              <w:rPr>
                <w:rFonts w:ascii="Calibri" w:eastAsia="Calibri" w:hAnsi="Calibri" w:cs="Calibri"/>
                <w:b/>
                <w:sz w:val="24"/>
                <w:szCs w:val="24"/>
              </w:rPr>
              <w:instrText xml:space="preserve"> =SUM(E2:E11) \# "#.##0,00" </w:instrText>
            </w:r>
            <w:r w:rsidRPr="00BB6380">
              <w:rPr>
                <w:rFonts w:ascii="Calibri" w:eastAsia="Calibri" w:hAnsi="Calibri" w:cs="Calibri"/>
                <w:b/>
                <w:sz w:val="24"/>
                <w:szCs w:val="24"/>
              </w:rPr>
              <w:fldChar w:fldCharType="separate"/>
            </w:r>
            <w:r w:rsidR="004D25CC">
              <w:rPr>
                <w:rFonts w:ascii="Calibri" w:eastAsia="Calibri" w:hAnsi="Calibri" w:cs="Calibri"/>
                <w:b/>
                <w:noProof/>
                <w:sz w:val="24"/>
                <w:szCs w:val="24"/>
              </w:rPr>
              <w:t xml:space="preserve">   0,00</w:t>
            </w:r>
            <w:r w:rsidRPr="00BB6380">
              <w:rPr>
                <w:rFonts w:ascii="Calibri" w:eastAsia="Calibri" w:hAnsi="Calibri" w:cs="Calibri"/>
                <w:b/>
                <w:sz w:val="24"/>
                <w:szCs w:val="24"/>
              </w:rPr>
              <w:fldChar w:fldCharType="end"/>
            </w:r>
            <w:bookmarkEnd w:id="76"/>
          </w:p>
        </w:tc>
      </w:tr>
    </w:tbl>
    <w:p w14:paraId="0DF02E2B" w14:textId="77777777" w:rsidR="00651415" w:rsidRPr="00651415" w:rsidRDefault="00651415" w:rsidP="006D0CC0">
      <w:pPr>
        <w:spacing w:before="120"/>
        <w:rPr>
          <w:rFonts w:asciiTheme="majorHAnsi" w:hAnsiTheme="majorHAnsi" w:cstheme="majorHAnsi"/>
          <w:sz w:val="24"/>
          <w:szCs w:val="24"/>
          <w:lang w:val="el-GR"/>
        </w:rPr>
      </w:pPr>
      <w:r w:rsidRPr="00651415">
        <w:rPr>
          <w:rFonts w:asciiTheme="majorHAnsi" w:hAnsiTheme="majorHAnsi" w:cstheme="majorHAnsi"/>
          <w:b/>
          <w:bCs/>
          <w:sz w:val="24"/>
          <w:szCs w:val="24"/>
          <w:lang w:val="el-GR"/>
        </w:rPr>
        <w:t>Προσοχή</w:t>
      </w:r>
      <w:r w:rsidRPr="00651415">
        <w:rPr>
          <w:rFonts w:asciiTheme="majorHAnsi" w:hAnsiTheme="majorHAnsi" w:cstheme="majorHAnsi"/>
          <w:sz w:val="24"/>
          <w:szCs w:val="24"/>
          <w:lang w:val="el-GR"/>
        </w:rPr>
        <w:t>: από τον υπολογισμό εξαιρούνται ενδεχόμενα ποσά ιδίων εσόδων που έχουν καταβληθεί στο νομικό πρόσωπο από τον φορέα στον οποίο συγχωνεύονται.</w:t>
      </w:r>
    </w:p>
    <w:p w14:paraId="60B6611A" w14:textId="77777777" w:rsidR="00C151C2" w:rsidRPr="00F23748" w:rsidRDefault="00F15D16" w:rsidP="00651415">
      <w:pPr>
        <w:pStyle w:val="21"/>
        <w:rPr>
          <w:lang w:val="el-GR"/>
        </w:rPr>
      </w:pPr>
      <w:r>
        <w:rPr>
          <w:lang w:val="el-GR"/>
        </w:rPr>
        <w:t>3</w:t>
      </w:r>
      <w:r w:rsidR="009A40E7" w:rsidRPr="00F23748">
        <w:rPr>
          <w:lang w:val="el-GR"/>
        </w:rPr>
        <w:t>.3. Πρόσθετο ποσό ΟΙΕ λόγω μεταφοράς στο 2027 της υπολειπόμενης απόδοσης αύξησης τελών του 2026</w:t>
      </w:r>
    </w:p>
    <w:p w14:paraId="4FB81097" w14:textId="77777777" w:rsidR="00C151C2" w:rsidRPr="00DC6961" w:rsidRDefault="009A40E7" w:rsidP="006D0CC0">
      <w:pPr>
        <w:spacing w:after="120"/>
        <w:rPr>
          <w:rFonts w:ascii="Calibri" w:hAnsi="Calibri" w:cs="Calibri"/>
          <w:b/>
          <w:sz w:val="24"/>
          <w:szCs w:val="24"/>
          <w:lang w:val="el-GR"/>
        </w:rPr>
      </w:pPr>
      <w:r w:rsidRPr="00F23748">
        <w:rPr>
          <w:rFonts w:ascii="Calibri" w:hAnsi="Calibri" w:cs="Calibri"/>
          <w:b/>
          <w:sz w:val="24"/>
          <w:szCs w:val="24"/>
          <w:lang w:val="el-GR"/>
        </w:rPr>
        <w:t>Έχει ληφθεί εντός του 2026 απόφαση αύξησης τελών ή λοιπών ιδίων εσόδων, η πλήρης ετήσια απόδοση της οποίας δεν αναμένεται να πραγματοποιηθεί εντός του 2026;</w:t>
      </w:r>
    </w:p>
    <w:bookmarkStart w:id="77" w:name="CHECK33_NAI"/>
    <w:p w14:paraId="63614B24" w14:textId="77777777" w:rsidR="00826604" w:rsidRDefault="00EB78F2" w:rsidP="006D0CC0">
      <w:pPr>
        <w:spacing w:after="120"/>
        <w:rPr>
          <w:rFonts w:ascii="Calibri" w:hAnsi="Calibri" w:cs="Calibri"/>
          <w:sz w:val="24"/>
          <w:szCs w:val="24"/>
          <w:lang w:val="el-GR"/>
        </w:rPr>
      </w:pPr>
      <w:r>
        <w:rPr>
          <w:rFonts w:ascii="Calibri" w:eastAsia="Calibri" w:hAnsi="Calibri" w:cs="Calibri"/>
          <w:sz w:val="24"/>
          <w:szCs w:val="24"/>
        </w:rPr>
        <w:fldChar w:fldCharType="begin">
          <w:ffData>
            <w:name w:val="CHECK33_NAI"/>
            <w:enabled/>
            <w:calcOnExit/>
            <w:checkBox>
              <w:sizeAuto/>
              <w:default w:val="0"/>
              <w:checked w:val="0"/>
            </w:checkBox>
          </w:ffData>
        </w:fldChar>
      </w:r>
      <w:r w:rsidRPr="00DB4006">
        <w:rPr>
          <w:rFonts w:ascii="Calibri" w:eastAsia="Calibri" w:hAnsi="Calibri" w:cs="Calibri"/>
          <w:sz w:val="24"/>
          <w:szCs w:val="24"/>
          <w:lang w:val="el-GR"/>
        </w:rPr>
        <w:instrText xml:space="preserve"> </w:instrText>
      </w:r>
      <w:r>
        <w:rPr>
          <w:rFonts w:ascii="Calibri" w:eastAsia="Calibri" w:hAnsi="Calibri" w:cs="Calibri"/>
          <w:sz w:val="24"/>
          <w:szCs w:val="24"/>
        </w:rPr>
        <w:instrText>FORMCHECKBOX</w:instrText>
      </w:r>
      <w:r w:rsidRPr="00DB4006">
        <w:rPr>
          <w:rFonts w:ascii="Calibri" w:eastAsia="Calibri" w:hAnsi="Calibri" w:cs="Calibri"/>
          <w:sz w:val="24"/>
          <w:szCs w:val="24"/>
          <w:lang w:val="el-GR"/>
        </w:rPr>
        <w:instrText xml:space="preserve"> </w:instrText>
      </w:r>
      <w:r>
        <w:rPr>
          <w:rFonts w:ascii="Calibri" w:eastAsia="Calibri" w:hAnsi="Calibri" w:cs="Calibri"/>
          <w:sz w:val="24"/>
          <w:szCs w:val="24"/>
        </w:rPr>
      </w:r>
      <w:r>
        <w:rPr>
          <w:rFonts w:ascii="Calibri" w:eastAsia="Calibri" w:hAnsi="Calibri" w:cs="Calibri"/>
          <w:sz w:val="24"/>
          <w:szCs w:val="24"/>
        </w:rPr>
        <w:fldChar w:fldCharType="separate"/>
      </w:r>
      <w:r>
        <w:rPr>
          <w:rFonts w:ascii="Calibri" w:eastAsia="Calibri" w:hAnsi="Calibri" w:cs="Calibri"/>
          <w:sz w:val="24"/>
          <w:szCs w:val="24"/>
        </w:rPr>
        <w:fldChar w:fldCharType="end"/>
      </w:r>
      <w:bookmarkEnd w:id="77"/>
      <w:r w:rsidRPr="00DB4006">
        <w:rPr>
          <w:rFonts w:ascii="Calibri" w:eastAsia="Calibri" w:hAnsi="Calibri" w:cs="Calibri"/>
          <w:color w:val="1F4E78"/>
          <w:sz w:val="24"/>
          <w:szCs w:val="24"/>
          <w:lang w:val="el-GR"/>
        </w:rPr>
        <w:t xml:space="preserve"> ΝΑΙ =&gt; Συμπληρώνεται ο ακόλουθος πίνακας.</w:t>
      </w:r>
    </w:p>
    <w:bookmarkStart w:id="78" w:name="CHECK33_OXI"/>
    <w:p w14:paraId="268C9F90" w14:textId="77777777" w:rsidR="00826604" w:rsidRPr="00DC6961" w:rsidRDefault="00EB78F2" w:rsidP="006D0CC0">
      <w:pPr>
        <w:spacing w:after="120"/>
        <w:rPr>
          <w:rFonts w:ascii="Calibri" w:eastAsia="Calibri" w:hAnsi="Calibri" w:cs="Calibri"/>
          <w:color w:val="C00000"/>
          <w:sz w:val="24"/>
          <w:szCs w:val="24"/>
          <w:lang w:val="el-GR"/>
        </w:rPr>
      </w:pPr>
      <w:r>
        <w:rPr>
          <w:rFonts w:ascii="Calibri" w:eastAsia="Calibri" w:hAnsi="Calibri" w:cs="Calibri"/>
          <w:sz w:val="24"/>
          <w:szCs w:val="24"/>
        </w:rPr>
        <w:fldChar w:fldCharType="begin">
          <w:ffData>
            <w:name w:val="CHECK33_OXI"/>
            <w:enabled/>
            <w:calcOnExit/>
            <w:checkBox>
              <w:sizeAuto/>
              <w:default w:val="0"/>
              <w:checked w:val="0"/>
            </w:checkBox>
          </w:ffData>
        </w:fldChar>
      </w:r>
      <w:r w:rsidRPr="00DB4006">
        <w:rPr>
          <w:rFonts w:ascii="Calibri" w:eastAsia="Calibri" w:hAnsi="Calibri" w:cs="Calibri"/>
          <w:sz w:val="24"/>
          <w:szCs w:val="24"/>
          <w:lang w:val="el-GR"/>
        </w:rPr>
        <w:instrText xml:space="preserve"> </w:instrText>
      </w:r>
      <w:r>
        <w:rPr>
          <w:rFonts w:ascii="Calibri" w:eastAsia="Calibri" w:hAnsi="Calibri" w:cs="Calibri"/>
          <w:sz w:val="24"/>
          <w:szCs w:val="24"/>
        </w:rPr>
        <w:instrText>FORMCHECKBOX</w:instrText>
      </w:r>
      <w:r w:rsidRPr="00DB4006">
        <w:rPr>
          <w:rFonts w:ascii="Calibri" w:eastAsia="Calibri" w:hAnsi="Calibri" w:cs="Calibri"/>
          <w:sz w:val="24"/>
          <w:szCs w:val="24"/>
          <w:lang w:val="el-GR"/>
        </w:rPr>
        <w:instrText xml:space="preserve"> </w:instrText>
      </w:r>
      <w:r>
        <w:rPr>
          <w:rFonts w:ascii="Calibri" w:eastAsia="Calibri" w:hAnsi="Calibri" w:cs="Calibri"/>
          <w:sz w:val="24"/>
          <w:szCs w:val="24"/>
        </w:rPr>
      </w:r>
      <w:r>
        <w:rPr>
          <w:rFonts w:ascii="Calibri" w:eastAsia="Calibri" w:hAnsi="Calibri" w:cs="Calibri"/>
          <w:sz w:val="24"/>
          <w:szCs w:val="24"/>
        </w:rPr>
        <w:fldChar w:fldCharType="separate"/>
      </w:r>
      <w:r>
        <w:rPr>
          <w:rFonts w:ascii="Calibri" w:eastAsia="Calibri" w:hAnsi="Calibri" w:cs="Calibri"/>
          <w:sz w:val="24"/>
          <w:szCs w:val="24"/>
        </w:rPr>
        <w:fldChar w:fldCharType="end"/>
      </w:r>
      <w:bookmarkEnd w:id="78"/>
      <w:r w:rsidRPr="00DB4006">
        <w:rPr>
          <w:rFonts w:ascii="Calibri" w:eastAsia="Calibri" w:hAnsi="Calibri" w:cs="Calibri"/>
          <w:color w:val="C00000"/>
          <w:sz w:val="24"/>
          <w:szCs w:val="24"/>
          <w:lang w:val="el-GR"/>
        </w:rPr>
        <w:t xml:space="preserve"> ΟΧΙ =&gt; Δεν εφαρμόζεται. Μετάβαση στην ενότητα 3.4.</w:t>
      </w:r>
    </w:p>
    <w:tbl>
      <w:tblPr>
        <w:tblStyle w:val="afa"/>
        <w:tblW w:w="10860" w:type="dxa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400"/>
        <w:gridCol w:w="1600"/>
        <w:gridCol w:w="1480"/>
        <w:gridCol w:w="1480"/>
        <w:gridCol w:w="3300"/>
      </w:tblGrid>
      <w:tr w:rsidR="00C151C2" w:rsidRPr="00F23748" w14:paraId="0721B38D" w14:textId="77777777" w:rsidTr="00E759FF">
        <w:trPr>
          <w:tblHeader/>
          <w:jc w:val="center"/>
        </w:trPr>
        <w:tc>
          <w:tcPr>
            <w:tcW w:w="1600" w:type="dxa"/>
            <w:shd w:val="clear" w:color="auto" w:fill="D9E2F3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BD217F9" w14:textId="77777777" w:rsidR="00C151C2" w:rsidRPr="00F23748" w:rsidRDefault="009A40E7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3748">
              <w:rPr>
                <w:rFonts w:ascii="Calibri" w:eastAsia="Calibri" w:hAnsi="Calibri" w:cs="Calibri"/>
                <w:b/>
                <w:sz w:val="24"/>
                <w:szCs w:val="24"/>
              </w:rPr>
              <w:t>Απόφαση ΔΣ / ΑΔΑ</w:t>
            </w:r>
          </w:p>
        </w:tc>
        <w:tc>
          <w:tcPr>
            <w:tcW w:w="1400" w:type="dxa"/>
            <w:shd w:val="clear" w:color="auto" w:fill="D9E2F3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5EEA24B" w14:textId="77777777" w:rsidR="00C151C2" w:rsidRPr="00F23748" w:rsidRDefault="009A40E7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3748">
              <w:rPr>
                <w:rFonts w:ascii="Calibri" w:eastAsia="Calibri" w:hAnsi="Calibri" w:cs="Calibri"/>
                <w:b/>
                <w:sz w:val="24"/>
                <w:szCs w:val="24"/>
              </w:rPr>
              <w:t>ΑΛΕ – Περιγραφή</w:t>
            </w:r>
          </w:p>
        </w:tc>
        <w:tc>
          <w:tcPr>
            <w:tcW w:w="1600" w:type="dxa"/>
            <w:shd w:val="clear" w:color="auto" w:fill="D9E2F3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ED4F461" w14:textId="77777777" w:rsidR="00C151C2" w:rsidRPr="00F23748" w:rsidRDefault="009A40E7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F23748"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  <w:t>Προσδοκώμενη αύξηση βεβαιωθέντων εσόδων σε ετήσια βάση (€)</w:t>
            </w:r>
          </w:p>
        </w:tc>
        <w:tc>
          <w:tcPr>
            <w:tcW w:w="1480" w:type="dxa"/>
            <w:shd w:val="clear" w:color="auto" w:fill="D9E2F3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AB024F8" w14:textId="77777777" w:rsidR="00C151C2" w:rsidRPr="00F23748" w:rsidRDefault="009A40E7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3748">
              <w:rPr>
                <w:rFonts w:ascii="Calibri" w:eastAsia="Calibri" w:hAnsi="Calibri" w:cs="Calibri"/>
                <w:b/>
                <w:sz w:val="24"/>
                <w:szCs w:val="24"/>
              </w:rPr>
              <w:t>Εκτιμώμενη απόδοση εντός 2026 (€)</w:t>
            </w:r>
          </w:p>
        </w:tc>
        <w:tc>
          <w:tcPr>
            <w:tcW w:w="1480" w:type="dxa"/>
            <w:shd w:val="clear" w:color="auto" w:fill="D9E2F3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287487C" w14:textId="77777777" w:rsidR="00C151C2" w:rsidRPr="00F23748" w:rsidRDefault="009A40E7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F23748"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  <w:t>Πρόσθετο ποσό που μεταφέρεται στο 2027 (€)</w:t>
            </w:r>
          </w:p>
        </w:tc>
        <w:tc>
          <w:tcPr>
            <w:tcW w:w="3300" w:type="dxa"/>
            <w:shd w:val="clear" w:color="auto" w:fill="D9E2F3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AF4A9C5" w14:textId="77777777" w:rsidR="00826604" w:rsidRDefault="00EB78F2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Αιτιολογία μεταφοράς*</w:t>
            </w:r>
          </w:p>
        </w:tc>
      </w:tr>
      <w:bookmarkStart w:id="79" w:name="DEC33_1"/>
      <w:tr w:rsidR="00C151C2" w:rsidRPr="00F23748" w14:paraId="7CFB62AB" w14:textId="77777777" w:rsidTr="00E759FF">
        <w:trPr>
          <w:cantSplit/>
          <w:trHeight w:val="374"/>
          <w:jc w:val="center"/>
        </w:trPr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2F1D88D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DEC33_1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79"/>
          </w:p>
        </w:tc>
        <w:bookmarkStart w:id="80" w:name="ALE33_1"/>
        <w:tc>
          <w:tcPr>
            <w:tcW w:w="14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30D7923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ALE33_1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80"/>
          </w:p>
        </w:tc>
        <w:bookmarkStart w:id="81" w:name="OIE33_ANNUAL1"/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6ECD403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OIE33_ANNUAL1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81"/>
          </w:p>
        </w:tc>
        <w:bookmarkStart w:id="82" w:name="OIE33_2026_1"/>
        <w:tc>
          <w:tcPr>
            <w:tcW w:w="148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68E3595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OIE33_2026_1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82"/>
          </w:p>
        </w:tc>
        <w:bookmarkStart w:id="83" w:name="OIE33_ADD1"/>
        <w:tc>
          <w:tcPr>
            <w:tcW w:w="148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8AA7258" w14:textId="14F9D7A9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/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=C2-D2 \# "#.##0,00"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="004D25CC">
              <w:rPr>
                <w:rFonts w:ascii="Calibri" w:eastAsia="Calibri" w:hAnsi="Calibri" w:cs="Calibri"/>
                <w:noProof/>
                <w:sz w:val="24"/>
                <w:szCs w:val="24"/>
              </w:rPr>
              <w:t xml:space="preserve">   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83"/>
          </w:p>
        </w:tc>
        <w:bookmarkStart w:id="84" w:name="REASON33_1"/>
        <w:tc>
          <w:tcPr>
            <w:tcW w:w="33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DF14BF3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REASON33_1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84"/>
          </w:p>
        </w:tc>
      </w:tr>
      <w:bookmarkStart w:id="85" w:name="DEC33_2"/>
      <w:tr w:rsidR="00C151C2" w:rsidRPr="00F23748" w14:paraId="67EAF811" w14:textId="77777777" w:rsidTr="00E759FF">
        <w:trPr>
          <w:cantSplit/>
          <w:trHeight w:val="374"/>
          <w:jc w:val="center"/>
        </w:trPr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3053F91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DEC33_2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85"/>
          </w:p>
        </w:tc>
        <w:bookmarkStart w:id="86" w:name="ALE33_2"/>
        <w:tc>
          <w:tcPr>
            <w:tcW w:w="14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B648ADA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ALE33_2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86"/>
          </w:p>
        </w:tc>
        <w:bookmarkStart w:id="87" w:name="OIE33_ANNUAL2"/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B2F7343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OIE33_ANNUAL2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87"/>
          </w:p>
        </w:tc>
        <w:bookmarkStart w:id="88" w:name="OIE33_2026_2"/>
        <w:tc>
          <w:tcPr>
            <w:tcW w:w="148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6658F4E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OIE33_2026_2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88"/>
          </w:p>
        </w:tc>
        <w:bookmarkStart w:id="89" w:name="OIE33_ADD2"/>
        <w:tc>
          <w:tcPr>
            <w:tcW w:w="148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137857F" w14:textId="266C08CF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/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=C3-D3 \# "#.##0,00"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="004D25CC">
              <w:rPr>
                <w:rFonts w:ascii="Calibri" w:eastAsia="Calibri" w:hAnsi="Calibri" w:cs="Calibri"/>
                <w:noProof/>
                <w:sz w:val="24"/>
                <w:szCs w:val="24"/>
              </w:rPr>
              <w:t xml:space="preserve">   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89"/>
          </w:p>
        </w:tc>
        <w:bookmarkStart w:id="90" w:name="REASON33_2"/>
        <w:tc>
          <w:tcPr>
            <w:tcW w:w="33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A090AAB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REASON33_2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90"/>
          </w:p>
        </w:tc>
      </w:tr>
      <w:bookmarkStart w:id="91" w:name="DEC33_3"/>
      <w:tr w:rsidR="00C151C2" w:rsidRPr="00F23748" w14:paraId="5C85D46B" w14:textId="77777777" w:rsidTr="00E759FF">
        <w:trPr>
          <w:cantSplit/>
          <w:trHeight w:val="374"/>
          <w:jc w:val="center"/>
        </w:trPr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C3B9BFD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DEC33_3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91"/>
          </w:p>
        </w:tc>
        <w:bookmarkStart w:id="92" w:name="ALE33_3"/>
        <w:tc>
          <w:tcPr>
            <w:tcW w:w="14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5DBFD65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ALE33_3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92"/>
          </w:p>
        </w:tc>
        <w:bookmarkStart w:id="93" w:name="OIE33_ANNUAL3"/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394E647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OIE33_ANNUAL3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93"/>
          </w:p>
        </w:tc>
        <w:bookmarkStart w:id="94" w:name="OIE33_2026_3"/>
        <w:tc>
          <w:tcPr>
            <w:tcW w:w="148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25322C9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OIE33_2026_3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94"/>
          </w:p>
        </w:tc>
        <w:bookmarkStart w:id="95" w:name="OIE33_ADD3"/>
        <w:tc>
          <w:tcPr>
            <w:tcW w:w="148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A6A4F90" w14:textId="7E7189A6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/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=C4-D4 \# "#.##0,00"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="004D25CC">
              <w:rPr>
                <w:rFonts w:ascii="Calibri" w:eastAsia="Calibri" w:hAnsi="Calibri" w:cs="Calibri"/>
                <w:noProof/>
                <w:sz w:val="24"/>
                <w:szCs w:val="24"/>
              </w:rPr>
              <w:t xml:space="preserve">   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95"/>
          </w:p>
        </w:tc>
        <w:bookmarkStart w:id="96" w:name="REASON33_3"/>
        <w:tc>
          <w:tcPr>
            <w:tcW w:w="33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B7B1949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REASON33_3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96"/>
          </w:p>
        </w:tc>
      </w:tr>
      <w:bookmarkStart w:id="97" w:name="DEC33_4"/>
      <w:tr w:rsidR="00C151C2" w:rsidRPr="00F23748" w14:paraId="5BE8452E" w14:textId="77777777" w:rsidTr="00E759FF">
        <w:trPr>
          <w:cantSplit/>
          <w:trHeight w:val="374"/>
          <w:jc w:val="center"/>
        </w:trPr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532F0FA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DEC33_4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97"/>
          </w:p>
        </w:tc>
        <w:bookmarkStart w:id="98" w:name="ALE33_4"/>
        <w:tc>
          <w:tcPr>
            <w:tcW w:w="14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E537412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ALE33_4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98"/>
          </w:p>
        </w:tc>
        <w:bookmarkStart w:id="99" w:name="OIE33_ANNUAL4"/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298BACB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OIE33_ANNUAL4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99"/>
          </w:p>
        </w:tc>
        <w:bookmarkStart w:id="100" w:name="OIE33_2026_4"/>
        <w:tc>
          <w:tcPr>
            <w:tcW w:w="148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842D8EE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OIE33_2026_4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00"/>
          </w:p>
        </w:tc>
        <w:bookmarkStart w:id="101" w:name="OIE33_ADD4"/>
        <w:tc>
          <w:tcPr>
            <w:tcW w:w="148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78924D6" w14:textId="2BC59B19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/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=C5-D5 \# "#.##0,00"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="004D25CC">
              <w:rPr>
                <w:rFonts w:ascii="Calibri" w:eastAsia="Calibri" w:hAnsi="Calibri" w:cs="Calibri"/>
                <w:noProof/>
                <w:sz w:val="24"/>
                <w:szCs w:val="24"/>
              </w:rPr>
              <w:t xml:space="preserve">   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01"/>
          </w:p>
        </w:tc>
        <w:bookmarkStart w:id="102" w:name="REASON33_4"/>
        <w:tc>
          <w:tcPr>
            <w:tcW w:w="33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35701AE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REASON33_4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02"/>
          </w:p>
        </w:tc>
      </w:tr>
      <w:bookmarkStart w:id="103" w:name="DEC33_5"/>
      <w:tr w:rsidR="00C151C2" w:rsidRPr="00F23748" w14:paraId="22AF6B6B" w14:textId="77777777" w:rsidTr="00E759FF">
        <w:trPr>
          <w:cantSplit/>
          <w:trHeight w:val="374"/>
          <w:jc w:val="center"/>
        </w:trPr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8B2CECC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DEC33_5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03"/>
          </w:p>
        </w:tc>
        <w:bookmarkStart w:id="104" w:name="ALE33_5"/>
        <w:tc>
          <w:tcPr>
            <w:tcW w:w="14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EB4672F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ALE33_5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04"/>
          </w:p>
        </w:tc>
        <w:bookmarkStart w:id="105" w:name="OIE33_ANNUAL5"/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9E778AC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OIE33_ANNUAL5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05"/>
          </w:p>
        </w:tc>
        <w:bookmarkStart w:id="106" w:name="OIE33_2026_5"/>
        <w:tc>
          <w:tcPr>
            <w:tcW w:w="148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00D4F66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OIE33_2026_5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06"/>
          </w:p>
        </w:tc>
        <w:bookmarkStart w:id="107" w:name="OIE33_ADD5"/>
        <w:tc>
          <w:tcPr>
            <w:tcW w:w="148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9ABF1FE" w14:textId="20898678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/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=C6-D6 \# "#.##0,00"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="004D25CC">
              <w:rPr>
                <w:rFonts w:ascii="Calibri" w:eastAsia="Calibri" w:hAnsi="Calibri" w:cs="Calibri"/>
                <w:noProof/>
                <w:sz w:val="24"/>
                <w:szCs w:val="24"/>
              </w:rPr>
              <w:t xml:space="preserve">   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07"/>
          </w:p>
        </w:tc>
        <w:bookmarkStart w:id="108" w:name="REASON33_5"/>
        <w:tc>
          <w:tcPr>
            <w:tcW w:w="33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46F7384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REASON33_5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08"/>
          </w:p>
        </w:tc>
      </w:tr>
      <w:bookmarkStart w:id="109" w:name="DEC33_6"/>
      <w:tr w:rsidR="00C151C2" w:rsidRPr="00F23748" w14:paraId="7F51EF4F" w14:textId="77777777" w:rsidTr="00E759FF">
        <w:trPr>
          <w:cantSplit/>
          <w:trHeight w:val="374"/>
          <w:jc w:val="center"/>
        </w:trPr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EB8A0E4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DEC33_6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09"/>
          </w:p>
        </w:tc>
        <w:bookmarkStart w:id="110" w:name="ALE33_6"/>
        <w:tc>
          <w:tcPr>
            <w:tcW w:w="14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C012D6F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ALE33_6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10"/>
          </w:p>
        </w:tc>
        <w:bookmarkStart w:id="111" w:name="OIE33_ANNUAL6"/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438D6A9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OIE33_ANNUAL6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11"/>
          </w:p>
        </w:tc>
        <w:bookmarkStart w:id="112" w:name="OIE33_2026_6"/>
        <w:tc>
          <w:tcPr>
            <w:tcW w:w="148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38FFB57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OIE33_2026_6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12"/>
          </w:p>
        </w:tc>
        <w:bookmarkStart w:id="113" w:name="OIE33_ADD6"/>
        <w:tc>
          <w:tcPr>
            <w:tcW w:w="148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5AA32A9" w14:textId="7C4A73D9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/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=C7-D7 \# "#.##0,00"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="004D25CC">
              <w:rPr>
                <w:rFonts w:ascii="Calibri" w:eastAsia="Calibri" w:hAnsi="Calibri" w:cs="Calibri"/>
                <w:noProof/>
                <w:sz w:val="24"/>
                <w:szCs w:val="24"/>
              </w:rPr>
              <w:t xml:space="preserve">   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13"/>
          </w:p>
        </w:tc>
        <w:bookmarkStart w:id="114" w:name="REASON33_6"/>
        <w:tc>
          <w:tcPr>
            <w:tcW w:w="33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D66798E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REASON33_6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14"/>
          </w:p>
        </w:tc>
      </w:tr>
      <w:bookmarkStart w:id="115" w:name="DEC33_7"/>
      <w:tr w:rsidR="00C151C2" w:rsidRPr="00F23748" w14:paraId="3E210D7D" w14:textId="77777777" w:rsidTr="00E759FF">
        <w:trPr>
          <w:cantSplit/>
          <w:trHeight w:val="374"/>
          <w:jc w:val="center"/>
        </w:trPr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556A8C8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DEC33_7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15"/>
          </w:p>
        </w:tc>
        <w:bookmarkStart w:id="116" w:name="ALE33_7"/>
        <w:tc>
          <w:tcPr>
            <w:tcW w:w="14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895B687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ALE33_7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16"/>
          </w:p>
        </w:tc>
        <w:bookmarkStart w:id="117" w:name="OIE33_ANNUAL7"/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28849E2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OIE33_ANNUAL7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17"/>
          </w:p>
        </w:tc>
        <w:bookmarkStart w:id="118" w:name="OIE33_2026_7"/>
        <w:tc>
          <w:tcPr>
            <w:tcW w:w="148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1875212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OIE33_2026_7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18"/>
          </w:p>
        </w:tc>
        <w:bookmarkStart w:id="119" w:name="OIE33_ADD7"/>
        <w:tc>
          <w:tcPr>
            <w:tcW w:w="148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F6456C1" w14:textId="0E31E768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/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=C8-D8 \# "#.##0,00"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="004D25CC">
              <w:rPr>
                <w:rFonts w:ascii="Calibri" w:eastAsia="Calibri" w:hAnsi="Calibri" w:cs="Calibri"/>
                <w:noProof/>
                <w:sz w:val="24"/>
                <w:szCs w:val="24"/>
              </w:rPr>
              <w:t xml:space="preserve">   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19"/>
          </w:p>
        </w:tc>
        <w:bookmarkStart w:id="120" w:name="REASON33_7"/>
        <w:tc>
          <w:tcPr>
            <w:tcW w:w="33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760F843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REASON33_7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20"/>
          </w:p>
        </w:tc>
      </w:tr>
      <w:bookmarkStart w:id="121" w:name="DEC33_8"/>
      <w:tr w:rsidR="00C151C2" w:rsidRPr="00F23748" w14:paraId="509C186A" w14:textId="77777777" w:rsidTr="00E759FF">
        <w:trPr>
          <w:cantSplit/>
          <w:trHeight w:val="374"/>
          <w:jc w:val="center"/>
        </w:trPr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50F4483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DEC33_8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21"/>
          </w:p>
        </w:tc>
        <w:bookmarkStart w:id="122" w:name="ALE33_8"/>
        <w:tc>
          <w:tcPr>
            <w:tcW w:w="14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5C40FBD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ALE33_8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22"/>
          </w:p>
        </w:tc>
        <w:bookmarkStart w:id="123" w:name="OIE33_ANNUAL8"/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D9C7756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OIE33_ANNUAL8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23"/>
          </w:p>
        </w:tc>
        <w:bookmarkStart w:id="124" w:name="OIE33_2026_8"/>
        <w:tc>
          <w:tcPr>
            <w:tcW w:w="148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69B087F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OIE33_2026_8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24"/>
          </w:p>
        </w:tc>
        <w:bookmarkStart w:id="125" w:name="OIE33_ADD8"/>
        <w:tc>
          <w:tcPr>
            <w:tcW w:w="148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4A192FB" w14:textId="3C521C40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/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=C9-D9 \# "#.##0,00"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="004D25CC">
              <w:rPr>
                <w:rFonts w:ascii="Calibri" w:eastAsia="Calibri" w:hAnsi="Calibri" w:cs="Calibri"/>
                <w:noProof/>
                <w:sz w:val="24"/>
                <w:szCs w:val="24"/>
              </w:rPr>
              <w:t xml:space="preserve">   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25"/>
          </w:p>
        </w:tc>
        <w:bookmarkStart w:id="126" w:name="REASON33_8"/>
        <w:tc>
          <w:tcPr>
            <w:tcW w:w="33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5906C6B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REASON33_8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26"/>
          </w:p>
        </w:tc>
      </w:tr>
      <w:bookmarkStart w:id="127" w:name="DEC33_9"/>
      <w:tr w:rsidR="00C151C2" w:rsidRPr="00F23748" w14:paraId="04141EE0" w14:textId="77777777" w:rsidTr="00E759FF">
        <w:trPr>
          <w:cantSplit/>
          <w:trHeight w:val="374"/>
          <w:jc w:val="center"/>
        </w:trPr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F6188A8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DEC33_9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27"/>
          </w:p>
        </w:tc>
        <w:bookmarkStart w:id="128" w:name="ALE33_9"/>
        <w:tc>
          <w:tcPr>
            <w:tcW w:w="14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BC448F5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ALE33_9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28"/>
          </w:p>
        </w:tc>
        <w:bookmarkStart w:id="129" w:name="OIE33_ANNUAL9"/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42FB420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OIE33_ANNUAL9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29"/>
          </w:p>
        </w:tc>
        <w:bookmarkStart w:id="130" w:name="OIE33_2026_9"/>
        <w:tc>
          <w:tcPr>
            <w:tcW w:w="148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51DF04A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OIE33_2026_9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30"/>
          </w:p>
        </w:tc>
        <w:bookmarkStart w:id="131" w:name="OIE33_ADD9"/>
        <w:tc>
          <w:tcPr>
            <w:tcW w:w="148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898175A" w14:textId="3DE9D293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/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=C10-D10 \# "#.##0,00"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="004D25CC">
              <w:rPr>
                <w:rFonts w:ascii="Calibri" w:eastAsia="Calibri" w:hAnsi="Calibri" w:cs="Calibri"/>
                <w:noProof/>
                <w:sz w:val="24"/>
                <w:szCs w:val="24"/>
              </w:rPr>
              <w:t xml:space="preserve">   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31"/>
          </w:p>
        </w:tc>
        <w:bookmarkStart w:id="132" w:name="REASON33_9"/>
        <w:tc>
          <w:tcPr>
            <w:tcW w:w="33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DC4DB0B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REASON33_9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32"/>
          </w:p>
        </w:tc>
      </w:tr>
      <w:bookmarkStart w:id="133" w:name="DEC33_10"/>
      <w:tr w:rsidR="00C151C2" w:rsidRPr="00F23748" w14:paraId="4B58BCA9" w14:textId="77777777" w:rsidTr="00E759FF">
        <w:trPr>
          <w:cantSplit/>
          <w:trHeight w:val="374"/>
          <w:jc w:val="center"/>
        </w:trPr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2F11DD1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DEC33_10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33"/>
          </w:p>
        </w:tc>
        <w:bookmarkStart w:id="134" w:name="ALE33_10"/>
        <w:tc>
          <w:tcPr>
            <w:tcW w:w="14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711955F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ALE33_10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34"/>
          </w:p>
        </w:tc>
        <w:bookmarkStart w:id="135" w:name="OIE33_ANNUAL10"/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89C2B11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OIE33_ANNUAL10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35"/>
          </w:p>
        </w:tc>
        <w:bookmarkStart w:id="136" w:name="OIE33_2026_10"/>
        <w:tc>
          <w:tcPr>
            <w:tcW w:w="148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A2CDE93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OIE33_2026_10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36"/>
          </w:p>
        </w:tc>
        <w:bookmarkStart w:id="137" w:name="OIE33_ADD10"/>
        <w:tc>
          <w:tcPr>
            <w:tcW w:w="148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6639E78" w14:textId="1CB5FFD3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/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=C11-D11 \# "#.##0,00"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="004D25CC">
              <w:rPr>
                <w:rFonts w:ascii="Calibri" w:eastAsia="Calibri" w:hAnsi="Calibri" w:cs="Calibri"/>
                <w:noProof/>
                <w:sz w:val="24"/>
                <w:szCs w:val="24"/>
              </w:rPr>
              <w:t xml:space="preserve">   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37"/>
          </w:p>
        </w:tc>
        <w:bookmarkStart w:id="138" w:name="REASON33_10"/>
        <w:tc>
          <w:tcPr>
            <w:tcW w:w="33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6C33F1B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REASON33_10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38"/>
          </w:p>
        </w:tc>
      </w:tr>
      <w:tr w:rsidR="00BB6380" w:rsidRPr="00F23748" w14:paraId="43CB67BE" w14:textId="77777777" w:rsidTr="0073074F">
        <w:trPr>
          <w:cantSplit/>
          <w:trHeight w:val="374"/>
          <w:jc w:val="center"/>
        </w:trPr>
        <w:tc>
          <w:tcPr>
            <w:tcW w:w="3000" w:type="dxa"/>
            <w:gridSpan w:val="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64A6EAC" w14:textId="77777777" w:rsidR="00BB6380" w:rsidRPr="00F23748" w:rsidRDefault="00BB6380" w:rsidP="00BB6380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3748">
              <w:rPr>
                <w:rFonts w:ascii="Calibri" w:eastAsia="Calibri" w:hAnsi="Calibri" w:cs="Calibri"/>
                <w:b/>
                <w:sz w:val="24"/>
                <w:szCs w:val="24"/>
              </w:rPr>
              <w:t>ΣΥΝΟΛΟ</w:t>
            </w:r>
          </w:p>
        </w:tc>
        <w:bookmarkStart w:id="139" w:name="OIE33_ANNUAL_TOTAL"/>
        <w:tc>
          <w:tcPr>
            <w:tcW w:w="160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08476B5" w14:textId="2E79B6D5" w:rsidR="00BB6380" w:rsidRPr="00F23748" w:rsidRDefault="00BB6380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fldChar w:fldCharType="begin"/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instrText xml:space="preserve"> =SUM(C2:C11) \# "#.##0,00" </w:instrTex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fldChar w:fldCharType="separate"/>
            </w:r>
            <w:r w:rsidR="004D25CC">
              <w:rPr>
                <w:rFonts w:ascii="Calibri" w:eastAsia="Calibri" w:hAnsi="Calibri" w:cs="Calibri"/>
                <w:b/>
                <w:noProof/>
                <w:sz w:val="24"/>
                <w:szCs w:val="24"/>
              </w:rPr>
              <w:t xml:space="preserve">   0,00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fldChar w:fldCharType="end"/>
            </w:r>
            <w:bookmarkEnd w:id="139"/>
          </w:p>
        </w:tc>
        <w:bookmarkStart w:id="140" w:name="OIE33_2026_TOTAL"/>
        <w:tc>
          <w:tcPr>
            <w:tcW w:w="148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4CAB666" w14:textId="713CB873" w:rsidR="00BB6380" w:rsidRPr="00F23748" w:rsidRDefault="00BB6380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fldChar w:fldCharType="begin"/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instrText xml:space="preserve"> =SUM(D2:D11) \# "#.##0,00" </w:instrTex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fldChar w:fldCharType="separate"/>
            </w:r>
            <w:r w:rsidR="004D25CC">
              <w:rPr>
                <w:rFonts w:ascii="Calibri" w:eastAsia="Calibri" w:hAnsi="Calibri" w:cs="Calibri"/>
                <w:b/>
                <w:noProof/>
                <w:sz w:val="24"/>
                <w:szCs w:val="24"/>
              </w:rPr>
              <w:t xml:space="preserve">   0,00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fldChar w:fldCharType="end"/>
            </w:r>
            <w:bookmarkEnd w:id="140"/>
          </w:p>
        </w:tc>
        <w:bookmarkStart w:id="141" w:name="OIE33_TOTAL"/>
        <w:tc>
          <w:tcPr>
            <w:tcW w:w="148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FC44D2F" w14:textId="0252D424" w:rsidR="00BB6380" w:rsidRPr="00F23748" w:rsidRDefault="00BB6380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fldChar w:fldCharType="begin"/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instrText xml:space="preserve"> =SUM(E2:E11) \# "#.##0,00" </w:instrTex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fldChar w:fldCharType="separate"/>
            </w:r>
            <w:r w:rsidR="004D25CC">
              <w:rPr>
                <w:rFonts w:ascii="Calibri" w:eastAsia="Calibri" w:hAnsi="Calibri" w:cs="Calibri"/>
                <w:b/>
                <w:noProof/>
                <w:sz w:val="24"/>
                <w:szCs w:val="24"/>
              </w:rPr>
              <w:t xml:space="preserve">   0,00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fldChar w:fldCharType="end"/>
            </w:r>
            <w:bookmarkEnd w:id="141"/>
          </w:p>
        </w:tc>
        <w:tc>
          <w:tcPr>
            <w:tcW w:w="33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8D1CDA8" w14:textId="77777777" w:rsidR="00BB6380" w:rsidRPr="00F23748" w:rsidRDefault="00BB6380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D57C953" w14:textId="77777777" w:rsidR="00826604" w:rsidRDefault="00826604">
      <w:pPr>
        <w:spacing w:after="0" w:line="20" w:lineRule="exact"/>
      </w:pPr>
    </w:p>
    <w:p w14:paraId="5BD3652B" w14:textId="77777777" w:rsidR="006D0CC0" w:rsidRPr="006D0CC0" w:rsidRDefault="006D0CC0" w:rsidP="006D0CC0">
      <w:pPr>
        <w:shd w:val="clear" w:color="auto" w:fill="F2F2F2" w:themeFill="background1" w:themeFillShade="F2"/>
        <w:spacing w:before="120"/>
        <w:ind w:left="284" w:hanging="284"/>
        <w:jc w:val="both"/>
        <w:rPr>
          <w:rFonts w:asciiTheme="majorHAnsi" w:hAnsiTheme="majorHAnsi" w:cstheme="majorHAnsi"/>
          <w:sz w:val="24"/>
          <w:szCs w:val="24"/>
          <w:lang w:val="el-GR"/>
        </w:rPr>
      </w:pPr>
      <w:r w:rsidRPr="006D0CC0">
        <w:rPr>
          <w:rFonts w:asciiTheme="majorHAnsi" w:hAnsiTheme="majorHAnsi" w:cstheme="majorHAnsi"/>
          <w:b/>
          <w:bCs/>
          <w:sz w:val="24"/>
          <w:szCs w:val="24"/>
          <w:lang w:val="el-GR"/>
        </w:rPr>
        <w:t>*</w:t>
      </w:r>
      <w:r w:rsidRPr="006D0CC0">
        <w:rPr>
          <w:b/>
          <w:bCs/>
          <w:lang w:val="el-GR"/>
        </w:rPr>
        <w:t xml:space="preserve"> </w:t>
      </w:r>
      <w:r w:rsidRPr="006D0CC0">
        <w:rPr>
          <w:rFonts w:asciiTheme="majorHAnsi" w:hAnsiTheme="majorHAnsi" w:cstheme="majorHAnsi"/>
          <w:b/>
          <w:bCs/>
          <w:sz w:val="24"/>
          <w:szCs w:val="24"/>
          <w:lang w:val="el-GR"/>
        </w:rPr>
        <w:t>Αιτιολογία μεταφοράς:</w:t>
      </w:r>
      <w:r w:rsidRPr="006D0CC0">
        <w:rPr>
          <w:rFonts w:asciiTheme="majorHAnsi" w:hAnsiTheme="majorHAnsi" w:cstheme="majorHAnsi"/>
          <w:sz w:val="24"/>
          <w:szCs w:val="24"/>
          <w:lang w:val="el-GR"/>
        </w:rPr>
        <w:t xml:space="preserve"> Πρέπει να τεκμηριώνει γιατί μέρος της ετήσιας απόδοσης της σχετικής απόφασης δεν αναμένεται να πραγματοποιηθεί εντός του 2026 και μεταφέρεται στην πρόβλεψη του 2027.</w:t>
      </w:r>
    </w:p>
    <w:p w14:paraId="57DD11BD" w14:textId="77777777" w:rsidR="00826604" w:rsidRPr="006D0CC0" w:rsidRDefault="00826604" w:rsidP="006D0CC0">
      <w:pPr>
        <w:shd w:val="clear" w:color="auto" w:fill="F2F2F2" w:themeFill="background1" w:themeFillShade="F2"/>
        <w:spacing w:after="0" w:line="20" w:lineRule="exact"/>
        <w:ind w:left="284" w:hanging="284"/>
        <w:rPr>
          <w:lang w:val="el-GR"/>
        </w:rPr>
        <w:sectPr w:rsidR="00826604" w:rsidRPr="006D0CC0" w:rsidSect="00651415">
          <w:footerReference w:type="default" r:id="rId10"/>
          <w:type w:val="continuous"/>
          <w:pgSz w:w="12240" w:h="15840"/>
          <w:pgMar w:top="851" w:right="851" w:bottom="851" w:left="851" w:header="720" w:footer="720" w:gutter="0"/>
          <w:cols w:space="720"/>
          <w:docGrid w:linePitch="360"/>
        </w:sectPr>
      </w:pPr>
    </w:p>
    <w:p w14:paraId="56FE67CF" w14:textId="77777777" w:rsidR="00826604" w:rsidRPr="006D0CC0" w:rsidRDefault="00826604">
      <w:pPr>
        <w:spacing w:after="0" w:line="20" w:lineRule="exact"/>
        <w:rPr>
          <w:lang w:val="el-GR"/>
        </w:rPr>
        <w:sectPr w:rsidR="00826604" w:rsidRPr="006D0CC0" w:rsidSect="00651415">
          <w:footerReference w:type="default" r:id="rId11"/>
          <w:type w:val="continuous"/>
          <w:pgSz w:w="12240" w:h="15840"/>
          <w:pgMar w:top="851" w:right="851" w:bottom="851" w:left="851" w:header="720" w:footer="720" w:gutter="0"/>
          <w:cols w:space="720"/>
          <w:formProt w:val="0"/>
          <w:docGrid w:linePitch="360"/>
        </w:sectPr>
      </w:pPr>
    </w:p>
    <w:p w14:paraId="78E15C78" w14:textId="77777777" w:rsidR="00F23748" w:rsidRPr="00F23748" w:rsidRDefault="00F15D16" w:rsidP="00651415">
      <w:pPr>
        <w:pStyle w:val="21"/>
        <w:rPr>
          <w:lang w:val="el-GR"/>
        </w:rPr>
      </w:pPr>
      <w:r>
        <w:rPr>
          <w:lang w:val="el-GR"/>
        </w:rPr>
        <w:t>3</w:t>
      </w:r>
      <w:r w:rsidR="00F23748" w:rsidRPr="00F23748">
        <w:rPr>
          <w:lang w:val="el-GR"/>
        </w:rPr>
        <w:t>.4. Πρόσθετο ποσό ΟΙΕ λόγω λήψης απόφασης αύξησης τελών για το έτος 2027</w:t>
      </w:r>
    </w:p>
    <w:p w14:paraId="78A5537D" w14:textId="77777777" w:rsidR="00F23748" w:rsidRPr="00F23748" w:rsidRDefault="00F23748" w:rsidP="006D0CC0">
      <w:pPr>
        <w:spacing w:after="120"/>
        <w:rPr>
          <w:rFonts w:ascii="Calibri" w:hAnsi="Calibri" w:cs="Calibri"/>
          <w:sz w:val="24"/>
          <w:szCs w:val="24"/>
          <w:lang w:val="el-GR"/>
        </w:rPr>
      </w:pPr>
      <w:r w:rsidRPr="00F23748">
        <w:rPr>
          <w:rFonts w:ascii="Calibri" w:hAnsi="Calibri" w:cs="Calibri"/>
          <w:b/>
          <w:sz w:val="24"/>
          <w:szCs w:val="24"/>
          <w:lang w:val="el-GR"/>
        </w:rPr>
        <w:t>Έχει ληφθεί για το έτος 2027 απόφαση αύξησης τελών ή λοιπών ιδίων εσόδων;</w:t>
      </w:r>
    </w:p>
    <w:bookmarkStart w:id="142" w:name="CHECK34_NAI"/>
    <w:p w14:paraId="7980D1D3" w14:textId="77777777" w:rsidR="00826604" w:rsidRDefault="00EB78F2" w:rsidP="006D0CC0">
      <w:pPr>
        <w:spacing w:after="120"/>
        <w:rPr>
          <w:rFonts w:ascii="Calibri" w:hAnsi="Calibri" w:cs="Calibri"/>
          <w:sz w:val="24"/>
          <w:szCs w:val="24"/>
          <w:lang w:val="el-GR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fldChar w:fldCharType="begin">
          <w:ffData>
            <w:name w:val="CHECK34_NAI"/>
            <w:enabled/>
            <w:calcOnExit/>
            <w:checkBox>
              <w:sizeAuto/>
              <w:default w:val="0"/>
              <w:checked w:val="0"/>
            </w:checkBox>
          </w:ffData>
        </w:fldChar>
      </w:r>
      <w:r w:rsidRPr="00DB4006">
        <w:rPr>
          <w:rFonts w:ascii="Calibri" w:eastAsia="Calibri" w:hAnsi="Calibri" w:cs="Calibri"/>
          <w:sz w:val="24"/>
          <w:szCs w:val="24"/>
          <w:lang w:val="el-GR"/>
        </w:rPr>
        <w:instrText xml:space="preserve"> </w:instrText>
      </w:r>
      <w:r>
        <w:rPr>
          <w:rFonts w:ascii="Calibri" w:eastAsia="Calibri" w:hAnsi="Calibri" w:cs="Calibri"/>
          <w:sz w:val="24"/>
          <w:szCs w:val="24"/>
        </w:rPr>
        <w:instrText>FORMCHECKBOX</w:instrText>
      </w:r>
      <w:r w:rsidRPr="00DB4006">
        <w:rPr>
          <w:rFonts w:ascii="Calibri" w:eastAsia="Calibri" w:hAnsi="Calibri" w:cs="Calibri"/>
          <w:sz w:val="24"/>
          <w:szCs w:val="24"/>
          <w:lang w:val="el-GR"/>
        </w:rPr>
        <w:instrText xml:space="preserve"> </w:instrText>
      </w:r>
      <w:r>
        <w:rPr>
          <w:rFonts w:ascii="Calibri" w:eastAsia="Calibri" w:hAnsi="Calibri" w:cs="Calibri"/>
          <w:sz w:val="24"/>
          <w:szCs w:val="24"/>
        </w:rPr>
      </w:r>
      <w:r>
        <w:rPr>
          <w:rFonts w:ascii="Calibri" w:eastAsia="Calibri" w:hAnsi="Calibri" w:cs="Calibri"/>
          <w:sz w:val="24"/>
          <w:szCs w:val="24"/>
        </w:rPr>
        <w:fldChar w:fldCharType="separate"/>
      </w:r>
      <w:r>
        <w:rPr>
          <w:rFonts w:ascii="Calibri" w:eastAsia="Calibri" w:hAnsi="Calibri" w:cs="Calibri"/>
          <w:sz w:val="24"/>
          <w:szCs w:val="24"/>
        </w:rPr>
        <w:fldChar w:fldCharType="end"/>
      </w:r>
      <w:bookmarkEnd w:id="142"/>
      <w:r w:rsidRPr="00DB4006">
        <w:rPr>
          <w:rFonts w:ascii="Calibri" w:eastAsia="Calibri" w:hAnsi="Calibri" w:cs="Calibri"/>
          <w:color w:val="1F4E78"/>
          <w:sz w:val="24"/>
          <w:szCs w:val="24"/>
          <w:lang w:val="el-GR"/>
        </w:rPr>
        <w:t xml:space="preserve"> ΝΑΙ =&gt; Συμπληρώνεται ο ακόλουθος πίνακας.</w:t>
      </w:r>
    </w:p>
    <w:bookmarkStart w:id="143" w:name="CHECK34_OXI"/>
    <w:p w14:paraId="5DFE8FC0" w14:textId="77777777" w:rsidR="00826604" w:rsidRDefault="00EB78F2" w:rsidP="006D0CC0">
      <w:pPr>
        <w:spacing w:after="120"/>
        <w:rPr>
          <w:rFonts w:ascii="Calibri" w:hAnsi="Calibri" w:cs="Calibri"/>
          <w:sz w:val="24"/>
          <w:szCs w:val="24"/>
          <w:lang w:val="el-GR"/>
        </w:rPr>
      </w:pPr>
      <w:r>
        <w:rPr>
          <w:rFonts w:ascii="Calibri" w:eastAsia="Calibri" w:hAnsi="Calibri" w:cs="Calibri"/>
          <w:sz w:val="24"/>
          <w:szCs w:val="24"/>
        </w:rPr>
        <w:fldChar w:fldCharType="begin">
          <w:ffData>
            <w:name w:val="CHECK34_OXI"/>
            <w:enabled/>
            <w:calcOnExit/>
            <w:checkBox>
              <w:sizeAuto/>
              <w:default w:val="0"/>
              <w:checked w:val="0"/>
            </w:checkBox>
          </w:ffData>
        </w:fldChar>
      </w:r>
      <w:r w:rsidRPr="00DB4006">
        <w:rPr>
          <w:rFonts w:ascii="Calibri" w:eastAsia="Calibri" w:hAnsi="Calibri" w:cs="Calibri"/>
          <w:sz w:val="24"/>
          <w:szCs w:val="24"/>
          <w:lang w:val="el-GR"/>
        </w:rPr>
        <w:instrText xml:space="preserve"> </w:instrText>
      </w:r>
      <w:r>
        <w:rPr>
          <w:rFonts w:ascii="Calibri" w:eastAsia="Calibri" w:hAnsi="Calibri" w:cs="Calibri"/>
          <w:sz w:val="24"/>
          <w:szCs w:val="24"/>
        </w:rPr>
        <w:instrText>FORMCHECKBOX</w:instrText>
      </w:r>
      <w:r w:rsidRPr="00DB4006">
        <w:rPr>
          <w:rFonts w:ascii="Calibri" w:eastAsia="Calibri" w:hAnsi="Calibri" w:cs="Calibri"/>
          <w:sz w:val="24"/>
          <w:szCs w:val="24"/>
          <w:lang w:val="el-GR"/>
        </w:rPr>
        <w:instrText xml:space="preserve"> </w:instrText>
      </w:r>
      <w:r>
        <w:rPr>
          <w:rFonts w:ascii="Calibri" w:eastAsia="Calibri" w:hAnsi="Calibri" w:cs="Calibri"/>
          <w:sz w:val="24"/>
          <w:szCs w:val="24"/>
        </w:rPr>
      </w:r>
      <w:r>
        <w:rPr>
          <w:rFonts w:ascii="Calibri" w:eastAsia="Calibri" w:hAnsi="Calibri" w:cs="Calibri"/>
          <w:sz w:val="24"/>
          <w:szCs w:val="24"/>
        </w:rPr>
        <w:fldChar w:fldCharType="separate"/>
      </w:r>
      <w:r>
        <w:rPr>
          <w:rFonts w:ascii="Calibri" w:eastAsia="Calibri" w:hAnsi="Calibri" w:cs="Calibri"/>
          <w:sz w:val="24"/>
          <w:szCs w:val="24"/>
        </w:rPr>
        <w:fldChar w:fldCharType="end"/>
      </w:r>
      <w:bookmarkEnd w:id="143"/>
      <w:r w:rsidRPr="00DB4006">
        <w:rPr>
          <w:rFonts w:ascii="Calibri" w:eastAsia="Calibri" w:hAnsi="Calibri" w:cs="Calibri"/>
          <w:color w:val="C00000"/>
          <w:sz w:val="24"/>
          <w:szCs w:val="24"/>
          <w:lang w:val="el-GR"/>
        </w:rPr>
        <w:t xml:space="preserve"> ΟΧΙ =&gt; Δεν εφαρμόζεται. Μετάβαση στην ενότητα 3.5.</w:t>
      </w:r>
    </w:p>
    <w:tbl>
      <w:tblPr>
        <w:tblStyle w:val="afa"/>
        <w:tblW w:w="10860" w:type="dxa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400"/>
        <w:gridCol w:w="1815"/>
        <w:gridCol w:w="1417"/>
        <w:gridCol w:w="1560"/>
        <w:gridCol w:w="3068"/>
      </w:tblGrid>
      <w:tr w:rsidR="00C151C2" w:rsidRPr="00F23748" w14:paraId="57BE1B86" w14:textId="77777777" w:rsidTr="00757A51">
        <w:trPr>
          <w:tblHeader/>
          <w:jc w:val="center"/>
        </w:trPr>
        <w:tc>
          <w:tcPr>
            <w:tcW w:w="1600" w:type="dxa"/>
            <w:shd w:val="clear" w:color="auto" w:fill="D9E2F3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9DD9B96" w14:textId="77777777" w:rsidR="00C151C2" w:rsidRPr="00F23748" w:rsidRDefault="009A40E7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3748">
              <w:rPr>
                <w:rFonts w:ascii="Calibri" w:eastAsia="Calibri" w:hAnsi="Calibri" w:cs="Calibri"/>
                <w:b/>
                <w:sz w:val="24"/>
                <w:szCs w:val="24"/>
              </w:rPr>
              <w:t>Απ</w:t>
            </w:r>
            <w:proofErr w:type="spellStart"/>
            <w:r w:rsidRPr="00F23748">
              <w:rPr>
                <w:rFonts w:ascii="Calibri" w:eastAsia="Calibri" w:hAnsi="Calibri" w:cs="Calibri"/>
                <w:b/>
                <w:sz w:val="24"/>
                <w:szCs w:val="24"/>
              </w:rPr>
              <w:t>όφ</w:t>
            </w:r>
            <w:proofErr w:type="spellEnd"/>
            <w:r w:rsidRPr="00F23748">
              <w:rPr>
                <w:rFonts w:ascii="Calibri" w:eastAsia="Calibri" w:hAnsi="Calibri" w:cs="Calibri"/>
                <w:b/>
                <w:sz w:val="24"/>
                <w:szCs w:val="24"/>
              </w:rPr>
              <w:t>αση ΔΣ / ΑΔΑ</w:t>
            </w:r>
          </w:p>
        </w:tc>
        <w:tc>
          <w:tcPr>
            <w:tcW w:w="1400" w:type="dxa"/>
            <w:shd w:val="clear" w:color="auto" w:fill="D9E2F3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5A66D03" w14:textId="77777777" w:rsidR="00C151C2" w:rsidRPr="00F23748" w:rsidRDefault="009A40E7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3748">
              <w:rPr>
                <w:rFonts w:ascii="Calibri" w:eastAsia="Calibri" w:hAnsi="Calibri" w:cs="Calibri"/>
                <w:b/>
                <w:sz w:val="24"/>
                <w:szCs w:val="24"/>
              </w:rPr>
              <w:t>ΑΛΕ – Περιγραφή</w:t>
            </w:r>
          </w:p>
        </w:tc>
        <w:tc>
          <w:tcPr>
            <w:tcW w:w="1815" w:type="dxa"/>
            <w:shd w:val="clear" w:color="auto" w:fill="D9E2F3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CB0C350" w14:textId="77777777" w:rsidR="00826604" w:rsidRPr="00DB4006" w:rsidRDefault="00EB78F2">
            <w:pPr>
              <w:spacing w:after="0"/>
              <w:jc w:val="center"/>
              <w:rPr>
                <w:lang w:val="el-GR"/>
              </w:rPr>
            </w:pPr>
            <w:r w:rsidRPr="00DB4006"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  <w:t>Προσδοκώμενη αύξηση βεβαιωθέντων εσόδων σε ετήσια βάση (€)</w:t>
            </w:r>
          </w:p>
        </w:tc>
        <w:tc>
          <w:tcPr>
            <w:tcW w:w="1417" w:type="dxa"/>
            <w:shd w:val="clear" w:color="auto" w:fill="D9E2F3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441A8E2" w14:textId="77777777" w:rsidR="00826604" w:rsidRDefault="00EB78F2">
            <w:pPr>
              <w:spacing w:after="0"/>
              <w:jc w:val="center"/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Εκτιμώμενη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απ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όδοση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εντός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2027 (€)</w:t>
            </w:r>
          </w:p>
        </w:tc>
        <w:tc>
          <w:tcPr>
            <w:tcW w:w="1560" w:type="dxa"/>
            <w:shd w:val="clear" w:color="auto" w:fill="D9E2F3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5F8B141" w14:textId="77777777" w:rsidR="00826604" w:rsidRDefault="00EB78F2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Ποσό π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ου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μετ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αφέρεται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στο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2028 (€)</w:t>
            </w:r>
          </w:p>
        </w:tc>
        <w:tc>
          <w:tcPr>
            <w:tcW w:w="3068" w:type="dxa"/>
            <w:shd w:val="clear" w:color="auto" w:fill="D9E2F3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0B4EB93" w14:textId="77777777" w:rsidR="00826604" w:rsidRDefault="00EB78F2">
            <w:pPr>
              <w:spacing w:after="0"/>
              <w:jc w:val="center"/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Αιτιολογί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α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μετ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αφοράς*</w:t>
            </w:r>
          </w:p>
        </w:tc>
      </w:tr>
      <w:bookmarkStart w:id="144" w:name="DEC34_1"/>
      <w:tr w:rsidR="00C151C2" w:rsidRPr="00F23748" w14:paraId="235D982C" w14:textId="77777777" w:rsidTr="00757A51">
        <w:trPr>
          <w:cantSplit/>
          <w:trHeight w:val="374"/>
          <w:jc w:val="center"/>
        </w:trPr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332DB91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DEC34_1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44"/>
          </w:p>
        </w:tc>
        <w:bookmarkStart w:id="145" w:name="ALE34_1"/>
        <w:tc>
          <w:tcPr>
            <w:tcW w:w="14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11E1521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ALE34_1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45"/>
          </w:p>
        </w:tc>
        <w:bookmarkStart w:id="146" w:name="OIE34_ANNUAL1"/>
        <w:tc>
          <w:tcPr>
            <w:tcW w:w="1815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A1D6975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OIE34_ANNUAL1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46"/>
          </w:p>
        </w:tc>
        <w:bookmarkStart w:id="147" w:name="OIE34_Y2027_1"/>
        <w:tc>
          <w:tcPr>
            <w:tcW w:w="1417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5637883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OIE34_Y2027_1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47"/>
          </w:p>
        </w:tc>
        <w:bookmarkStart w:id="148" w:name="OIE34_Y2028_1"/>
        <w:tc>
          <w:tcPr>
            <w:tcW w:w="156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412E640" w14:textId="1E7811C4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/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=C2-D2 \# "#.##0,00"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="004D25CC">
              <w:rPr>
                <w:rFonts w:ascii="Calibri" w:eastAsia="Calibri" w:hAnsi="Calibri" w:cs="Calibri"/>
                <w:noProof/>
                <w:sz w:val="24"/>
                <w:szCs w:val="24"/>
              </w:rPr>
              <w:t xml:space="preserve">   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48"/>
          </w:p>
        </w:tc>
        <w:bookmarkStart w:id="149" w:name="REASON34_1"/>
        <w:tc>
          <w:tcPr>
            <w:tcW w:w="3068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417E29F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REASON34_1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49"/>
          </w:p>
        </w:tc>
      </w:tr>
      <w:bookmarkStart w:id="150" w:name="DEC34_2"/>
      <w:tr w:rsidR="00C151C2" w:rsidRPr="00F23748" w14:paraId="0E777EB8" w14:textId="77777777" w:rsidTr="00757A51">
        <w:trPr>
          <w:cantSplit/>
          <w:trHeight w:val="374"/>
          <w:jc w:val="center"/>
        </w:trPr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8A3A27B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DEC34_2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50"/>
          </w:p>
        </w:tc>
        <w:bookmarkStart w:id="151" w:name="ALE34_2"/>
        <w:tc>
          <w:tcPr>
            <w:tcW w:w="14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89D2200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ALE34_2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51"/>
          </w:p>
        </w:tc>
        <w:bookmarkStart w:id="152" w:name="OIE34_ANNUAL2"/>
        <w:tc>
          <w:tcPr>
            <w:tcW w:w="1815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F2E2141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OIE34_ANNUAL2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52"/>
          </w:p>
        </w:tc>
        <w:bookmarkStart w:id="153" w:name="OIE34_Y2027_2"/>
        <w:tc>
          <w:tcPr>
            <w:tcW w:w="1417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7BEB0DB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OIE34_Y2027_2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53"/>
          </w:p>
        </w:tc>
        <w:bookmarkStart w:id="154" w:name="OIE34_Y2028_2"/>
        <w:tc>
          <w:tcPr>
            <w:tcW w:w="156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99366CC" w14:textId="23437DB0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/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=C3-D3 \# "#.##0,00"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="004D25CC">
              <w:rPr>
                <w:rFonts w:ascii="Calibri" w:eastAsia="Calibri" w:hAnsi="Calibri" w:cs="Calibri"/>
                <w:noProof/>
                <w:sz w:val="24"/>
                <w:szCs w:val="24"/>
              </w:rPr>
              <w:t xml:space="preserve">   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54"/>
          </w:p>
        </w:tc>
        <w:bookmarkStart w:id="155" w:name="REASON34_2"/>
        <w:tc>
          <w:tcPr>
            <w:tcW w:w="3068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6DB8483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REASON34_2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55"/>
          </w:p>
        </w:tc>
      </w:tr>
      <w:bookmarkStart w:id="156" w:name="DEC34_3"/>
      <w:tr w:rsidR="00C151C2" w:rsidRPr="00F23748" w14:paraId="0A9D0FBF" w14:textId="77777777" w:rsidTr="00757A51">
        <w:trPr>
          <w:cantSplit/>
          <w:trHeight w:val="374"/>
          <w:jc w:val="center"/>
        </w:trPr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9450641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DEC34_3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56"/>
          </w:p>
        </w:tc>
        <w:bookmarkStart w:id="157" w:name="ALE34_3"/>
        <w:tc>
          <w:tcPr>
            <w:tcW w:w="14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80DA1F1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ALE34_3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57"/>
          </w:p>
        </w:tc>
        <w:bookmarkStart w:id="158" w:name="OIE34_ANNUAL3"/>
        <w:tc>
          <w:tcPr>
            <w:tcW w:w="1815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E0A421E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OIE34_ANNUAL3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58"/>
          </w:p>
        </w:tc>
        <w:bookmarkStart w:id="159" w:name="OIE34_Y2027_3"/>
        <w:tc>
          <w:tcPr>
            <w:tcW w:w="1417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A9728C7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OIE34_Y2027_3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59"/>
          </w:p>
        </w:tc>
        <w:bookmarkStart w:id="160" w:name="OIE34_Y2028_3"/>
        <w:tc>
          <w:tcPr>
            <w:tcW w:w="156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40436C1" w14:textId="52B64E10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/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=C4-D4 \# "#.##0,00"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="004D25CC">
              <w:rPr>
                <w:rFonts w:ascii="Calibri" w:eastAsia="Calibri" w:hAnsi="Calibri" w:cs="Calibri"/>
                <w:noProof/>
                <w:sz w:val="24"/>
                <w:szCs w:val="24"/>
              </w:rPr>
              <w:t xml:space="preserve">   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60"/>
          </w:p>
        </w:tc>
        <w:bookmarkStart w:id="161" w:name="REASON34_3"/>
        <w:tc>
          <w:tcPr>
            <w:tcW w:w="3068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0B5697F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REASON34_3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61"/>
          </w:p>
        </w:tc>
      </w:tr>
      <w:bookmarkStart w:id="162" w:name="DEC34_4"/>
      <w:tr w:rsidR="00C151C2" w:rsidRPr="00F23748" w14:paraId="0322EDEC" w14:textId="77777777" w:rsidTr="00757A51">
        <w:trPr>
          <w:cantSplit/>
          <w:trHeight w:val="374"/>
          <w:jc w:val="center"/>
        </w:trPr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671C75C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DEC34_4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62"/>
          </w:p>
        </w:tc>
        <w:bookmarkStart w:id="163" w:name="ALE34_4"/>
        <w:tc>
          <w:tcPr>
            <w:tcW w:w="14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5F9FE60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ALE34_4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63"/>
          </w:p>
        </w:tc>
        <w:bookmarkStart w:id="164" w:name="OIE34_ANNUAL4"/>
        <w:tc>
          <w:tcPr>
            <w:tcW w:w="1815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2A05635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OIE34_ANNUAL4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64"/>
          </w:p>
        </w:tc>
        <w:bookmarkStart w:id="165" w:name="OIE34_Y2027_4"/>
        <w:tc>
          <w:tcPr>
            <w:tcW w:w="1417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C1804F9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OIE34_Y2027_4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65"/>
          </w:p>
        </w:tc>
        <w:bookmarkStart w:id="166" w:name="OIE34_Y2028_4"/>
        <w:tc>
          <w:tcPr>
            <w:tcW w:w="156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0839681" w14:textId="0EE08478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/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=C5-D5 \# "#.##0,00"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="004D25CC">
              <w:rPr>
                <w:rFonts w:ascii="Calibri" w:eastAsia="Calibri" w:hAnsi="Calibri" w:cs="Calibri"/>
                <w:noProof/>
                <w:sz w:val="24"/>
                <w:szCs w:val="24"/>
              </w:rPr>
              <w:t xml:space="preserve">   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66"/>
          </w:p>
        </w:tc>
        <w:bookmarkStart w:id="167" w:name="REASON34_4"/>
        <w:tc>
          <w:tcPr>
            <w:tcW w:w="3068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331A8BB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REASON34_4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67"/>
          </w:p>
        </w:tc>
      </w:tr>
      <w:bookmarkStart w:id="168" w:name="DEC34_5"/>
      <w:tr w:rsidR="00C151C2" w:rsidRPr="00F23748" w14:paraId="783AF49F" w14:textId="77777777" w:rsidTr="00757A51">
        <w:trPr>
          <w:cantSplit/>
          <w:trHeight w:val="374"/>
          <w:jc w:val="center"/>
        </w:trPr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E0E1DFF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DEC34_5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68"/>
          </w:p>
        </w:tc>
        <w:bookmarkStart w:id="169" w:name="ALE34_5"/>
        <w:tc>
          <w:tcPr>
            <w:tcW w:w="14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EA1A05F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ALE34_5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69"/>
          </w:p>
        </w:tc>
        <w:bookmarkStart w:id="170" w:name="OIE34_ANNUAL5"/>
        <w:tc>
          <w:tcPr>
            <w:tcW w:w="1815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9923A1A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OIE34_ANNUAL5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70"/>
          </w:p>
        </w:tc>
        <w:bookmarkStart w:id="171" w:name="OIE34_Y2027_5"/>
        <w:tc>
          <w:tcPr>
            <w:tcW w:w="1417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9CBA5E7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OIE34_Y2027_5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71"/>
          </w:p>
        </w:tc>
        <w:bookmarkStart w:id="172" w:name="OIE34_Y2028_5"/>
        <w:tc>
          <w:tcPr>
            <w:tcW w:w="156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4A85A13" w14:textId="6E8775B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/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=C6-D6 \# "#.##0,00"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="004D25CC">
              <w:rPr>
                <w:rFonts w:ascii="Calibri" w:eastAsia="Calibri" w:hAnsi="Calibri" w:cs="Calibri"/>
                <w:noProof/>
                <w:sz w:val="24"/>
                <w:szCs w:val="24"/>
              </w:rPr>
              <w:t xml:space="preserve">   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72"/>
          </w:p>
        </w:tc>
        <w:bookmarkStart w:id="173" w:name="REASON34_5"/>
        <w:tc>
          <w:tcPr>
            <w:tcW w:w="3068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994457E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REASON34_5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73"/>
          </w:p>
        </w:tc>
      </w:tr>
      <w:bookmarkStart w:id="174" w:name="DEC34_6"/>
      <w:tr w:rsidR="00C151C2" w:rsidRPr="00F23748" w14:paraId="658C9684" w14:textId="77777777" w:rsidTr="00757A51">
        <w:trPr>
          <w:cantSplit/>
          <w:trHeight w:val="374"/>
          <w:jc w:val="center"/>
        </w:trPr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8C76FA7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DEC34_6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74"/>
          </w:p>
        </w:tc>
        <w:bookmarkStart w:id="175" w:name="ALE34_6"/>
        <w:tc>
          <w:tcPr>
            <w:tcW w:w="14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612FEC1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ALE34_6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75"/>
          </w:p>
        </w:tc>
        <w:bookmarkStart w:id="176" w:name="OIE34_ANNUAL6"/>
        <w:tc>
          <w:tcPr>
            <w:tcW w:w="1815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1C42EF3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OIE34_ANNUAL6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76"/>
          </w:p>
        </w:tc>
        <w:bookmarkStart w:id="177" w:name="OIE34_Y2027_6"/>
        <w:tc>
          <w:tcPr>
            <w:tcW w:w="1417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E49C4EA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OIE34_Y2027_6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77"/>
          </w:p>
        </w:tc>
        <w:bookmarkStart w:id="178" w:name="OIE34_Y2028_6"/>
        <w:tc>
          <w:tcPr>
            <w:tcW w:w="156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F143E65" w14:textId="3CDA5E4B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/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=C7-D7 \# "#.##0,00"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="004D25CC">
              <w:rPr>
                <w:rFonts w:ascii="Calibri" w:eastAsia="Calibri" w:hAnsi="Calibri" w:cs="Calibri"/>
                <w:noProof/>
                <w:sz w:val="24"/>
                <w:szCs w:val="24"/>
              </w:rPr>
              <w:t xml:space="preserve">   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78"/>
          </w:p>
        </w:tc>
        <w:bookmarkStart w:id="179" w:name="REASON34_6"/>
        <w:tc>
          <w:tcPr>
            <w:tcW w:w="3068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6AA7D0F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REASON34_6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79"/>
          </w:p>
        </w:tc>
      </w:tr>
      <w:bookmarkStart w:id="180" w:name="DEC34_7"/>
      <w:tr w:rsidR="00C151C2" w:rsidRPr="00F23748" w14:paraId="227D5E7A" w14:textId="77777777" w:rsidTr="00757A51">
        <w:trPr>
          <w:cantSplit/>
          <w:trHeight w:val="374"/>
          <w:jc w:val="center"/>
        </w:trPr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D773FA3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DEC34_7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80"/>
          </w:p>
        </w:tc>
        <w:bookmarkStart w:id="181" w:name="ALE34_7"/>
        <w:tc>
          <w:tcPr>
            <w:tcW w:w="14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2D12974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ALE34_7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81"/>
          </w:p>
        </w:tc>
        <w:bookmarkStart w:id="182" w:name="OIE34_ANNUAL7"/>
        <w:tc>
          <w:tcPr>
            <w:tcW w:w="1815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D302DCA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OIE34_ANNUAL7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82"/>
          </w:p>
        </w:tc>
        <w:bookmarkStart w:id="183" w:name="OIE34_Y2027_7"/>
        <w:tc>
          <w:tcPr>
            <w:tcW w:w="1417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C5998BD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OIE34_Y2027_7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83"/>
          </w:p>
        </w:tc>
        <w:bookmarkStart w:id="184" w:name="OIE34_Y2028_7"/>
        <w:tc>
          <w:tcPr>
            <w:tcW w:w="156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4457C54" w14:textId="0AD33C6A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/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=C8-D8 \# "#.##0,00"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="004D25CC">
              <w:rPr>
                <w:rFonts w:ascii="Calibri" w:eastAsia="Calibri" w:hAnsi="Calibri" w:cs="Calibri"/>
                <w:noProof/>
                <w:sz w:val="24"/>
                <w:szCs w:val="24"/>
              </w:rPr>
              <w:t xml:space="preserve">   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84"/>
          </w:p>
        </w:tc>
        <w:bookmarkStart w:id="185" w:name="REASON34_7"/>
        <w:tc>
          <w:tcPr>
            <w:tcW w:w="3068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8BF6B1F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REASON34_7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85"/>
          </w:p>
        </w:tc>
      </w:tr>
      <w:bookmarkStart w:id="186" w:name="DEC34_8"/>
      <w:tr w:rsidR="00C151C2" w:rsidRPr="00F23748" w14:paraId="0C914C28" w14:textId="77777777" w:rsidTr="00757A51">
        <w:trPr>
          <w:cantSplit/>
          <w:trHeight w:val="374"/>
          <w:jc w:val="center"/>
        </w:trPr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E9E3C79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DEC34_8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86"/>
          </w:p>
        </w:tc>
        <w:bookmarkStart w:id="187" w:name="ALE34_8"/>
        <w:tc>
          <w:tcPr>
            <w:tcW w:w="14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782B2BD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ALE34_8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87"/>
          </w:p>
        </w:tc>
        <w:bookmarkStart w:id="188" w:name="OIE34_ANNUAL8"/>
        <w:tc>
          <w:tcPr>
            <w:tcW w:w="1815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C0FF31F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OIE34_ANNUAL8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88"/>
          </w:p>
        </w:tc>
        <w:bookmarkStart w:id="189" w:name="OIE34_Y2027_8"/>
        <w:tc>
          <w:tcPr>
            <w:tcW w:w="1417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AEECCC6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OIE34_Y2027_8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89"/>
          </w:p>
        </w:tc>
        <w:bookmarkStart w:id="190" w:name="OIE34_Y2028_8"/>
        <w:tc>
          <w:tcPr>
            <w:tcW w:w="156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632799B" w14:textId="41A4E41C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/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=C9-D9 \# "#.##0,00"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="004D25CC">
              <w:rPr>
                <w:rFonts w:ascii="Calibri" w:eastAsia="Calibri" w:hAnsi="Calibri" w:cs="Calibri"/>
                <w:noProof/>
                <w:sz w:val="24"/>
                <w:szCs w:val="24"/>
              </w:rPr>
              <w:t xml:space="preserve">   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90"/>
          </w:p>
        </w:tc>
        <w:bookmarkStart w:id="191" w:name="REASON34_8"/>
        <w:tc>
          <w:tcPr>
            <w:tcW w:w="3068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970198E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REASON34_8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91"/>
          </w:p>
        </w:tc>
      </w:tr>
      <w:bookmarkStart w:id="192" w:name="DEC34_9"/>
      <w:tr w:rsidR="00C151C2" w:rsidRPr="00F23748" w14:paraId="64E72B0C" w14:textId="77777777" w:rsidTr="00757A51">
        <w:trPr>
          <w:cantSplit/>
          <w:trHeight w:val="374"/>
          <w:jc w:val="center"/>
        </w:trPr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D235FC4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DEC34_9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92"/>
          </w:p>
        </w:tc>
        <w:bookmarkStart w:id="193" w:name="ALE34_9"/>
        <w:tc>
          <w:tcPr>
            <w:tcW w:w="14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11DB5C0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ALE34_9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93"/>
          </w:p>
        </w:tc>
        <w:bookmarkStart w:id="194" w:name="OIE34_ANNUAL9"/>
        <w:tc>
          <w:tcPr>
            <w:tcW w:w="1815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BD24E88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OIE34_ANNUAL9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94"/>
          </w:p>
        </w:tc>
        <w:bookmarkStart w:id="195" w:name="OIE34_Y2027_9"/>
        <w:tc>
          <w:tcPr>
            <w:tcW w:w="1417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E1B91B3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OIE34_Y2027_9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95"/>
          </w:p>
        </w:tc>
        <w:bookmarkStart w:id="196" w:name="OIE34_Y2028_9"/>
        <w:tc>
          <w:tcPr>
            <w:tcW w:w="156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2B12EC8" w14:textId="016D89AA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/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=C10-D10 \# "#.##0,00"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="004D25CC">
              <w:rPr>
                <w:rFonts w:ascii="Calibri" w:eastAsia="Calibri" w:hAnsi="Calibri" w:cs="Calibri"/>
                <w:noProof/>
                <w:sz w:val="24"/>
                <w:szCs w:val="24"/>
              </w:rPr>
              <w:t xml:space="preserve">   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96"/>
          </w:p>
        </w:tc>
        <w:bookmarkStart w:id="197" w:name="REASON34_9"/>
        <w:tc>
          <w:tcPr>
            <w:tcW w:w="3068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25C95AE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REASON34_9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97"/>
          </w:p>
        </w:tc>
      </w:tr>
      <w:bookmarkStart w:id="198" w:name="DEC34_10"/>
      <w:tr w:rsidR="00C151C2" w:rsidRPr="00F23748" w14:paraId="78964105" w14:textId="77777777" w:rsidTr="00757A51">
        <w:trPr>
          <w:cantSplit/>
          <w:trHeight w:val="374"/>
          <w:jc w:val="center"/>
        </w:trPr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36B4880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DEC34_10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98"/>
          </w:p>
        </w:tc>
        <w:bookmarkStart w:id="199" w:name="ALE34_10"/>
        <w:tc>
          <w:tcPr>
            <w:tcW w:w="14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5C90183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ALE34_10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199"/>
          </w:p>
        </w:tc>
        <w:bookmarkStart w:id="200" w:name="OIE34_ANNUAL10"/>
        <w:tc>
          <w:tcPr>
            <w:tcW w:w="1815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B4BBC1B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OIE34_ANNUAL10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200"/>
          </w:p>
        </w:tc>
        <w:bookmarkStart w:id="201" w:name="OIE34_Y2027_10"/>
        <w:tc>
          <w:tcPr>
            <w:tcW w:w="1417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37C3686" w14:textId="77777777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OIE34_Y2027_10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201"/>
          </w:p>
        </w:tc>
        <w:bookmarkStart w:id="202" w:name="OIE34_Y2028_10"/>
        <w:tc>
          <w:tcPr>
            <w:tcW w:w="156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F445692" w14:textId="45EE0712" w:rsidR="00C151C2" w:rsidRPr="00F23748" w:rsidRDefault="009A40E7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/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=C11-D11 \# "#.##0,00"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="004D25CC">
              <w:rPr>
                <w:rFonts w:ascii="Calibri" w:eastAsia="Calibri" w:hAnsi="Calibri" w:cs="Calibri"/>
                <w:noProof/>
                <w:sz w:val="24"/>
                <w:szCs w:val="24"/>
              </w:rPr>
              <w:t xml:space="preserve">   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202"/>
          </w:p>
        </w:tc>
        <w:bookmarkStart w:id="203" w:name="REASON34_10"/>
        <w:tc>
          <w:tcPr>
            <w:tcW w:w="3068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BB9F91B" w14:textId="77777777" w:rsidR="00C151C2" w:rsidRPr="00F23748" w:rsidRDefault="009A40E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REASON34_10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203"/>
          </w:p>
        </w:tc>
      </w:tr>
      <w:tr w:rsidR="000017DE" w:rsidRPr="00F23748" w14:paraId="0EAE0DA3" w14:textId="77777777" w:rsidTr="00757A51">
        <w:trPr>
          <w:cantSplit/>
          <w:trHeight w:val="374"/>
          <w:jc w:val="center"/>
        </w:trPr>
        <w:tc>
          <w:tcPr>
            <w:tcW w:w="3000" w:type="dxa"/>
            <w:gridSpan w:val="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7495035" w14:textId="77777777" w:rsidR="000017DE" w:rsidRPr="00F23748" w:rsidRDefault="000017DE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F23748">
              <w:rPr>
                <w:rFonts w:ascii="Calibri" w:eastAsia="Calibri" w:hAnsi="Calibri" w:cs="Calibri"/>
                <w:b/>
                <w:sz w:val="24"/>
                <w:szCs w:val="24"/>
              </w:rPr>
              <w:t>ΣΥΝΟΛΟ</w:t>
            </w:r>
          </w:p>
        </w:tc>
        <w:bookmarkStart w:id="204" w:name="OIE34_ANNUAL_TOTAL"/>
        <w:tc>
          <w:tcPr>
            <w:tcW w:w="1815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296D09B" w14:textId="4734EC97" w:rsidR="000017DE" w:rsidRPr="00F23748" w:rsidRDefault="000017DE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fldChar w:fldCharType="begin"/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instrText xml:space="preserve"> =SUM(C2:C11) \# "#.##0,00" </w:instrTex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fldChar w:fldCharType="separate"/>
            </w:r>
            <w:r w:rsidR="004D25CC">
              <w:rPr>
                <w:rFonts w:ascii="Calibri" w:eastAsia="Calibri" w:hAnsi="Calibri" w:cs="Calibri"/>
                <w:b/>
                <w:noProof/>
                <w:sz w:val="24"/>
                <w:szCs w:val="24"/>
              </w:rPr>
              <w:t xml:space="preserve">   0,00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fldChar w:fldCharType="end"/>
            </w:r>
            <w:bookmarkEnd w:id="204"/>
          </w:p>
        </w:tc>
        <w:bookmarkStart w:id="205" w:name="OIE34_Y2027_TOTAL"/>
        <w:tc>
          <w:tcPr>
            <w:tcW w:w="1417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ECD8B7F" w14:textId="0490C9C0" w:rsidR="000017DE" w:rsidRPr="00F23748" w:rsidRDefault="000017DE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fldChar w:fldCharType="begin"/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instrText xml:space="preserve"> =SUM(D2:D11) \# "#.##0,00" </w:instrTex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fldChar w:fldCharType="separate"/>
            </w:r>
            <w:r w:rsidR="004D25CC">
              <w:rPr>
                <w:rFonts w:ascii="Calibri" w:eastAsia="Calibri" w:hAnsi="Calibri" w:cs="Calibri"/>
                <w:b/>
                <w:noProof/>
                <w:sz w:val="24"/>
                <w:szCs w:val="24"/>
              </w:rPr>
              <w:t xml:space="preserve">   0,00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fldChar w:fldCharType="end"/>
            </w:r>
            <w:bookmarkEnd w:id="205"/>
          </w:p>
        </w:tc>
        <w:bookmarkStart w:id="206" w:name="OIE34_Y2028_TOTAL"/>
        <w:tc>
          <w:tcPr>
            <w:tcW w:w="156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E6D6206" w14:textId="07F2A25E" w:rsidR="000017DE" w:rsidRPr="00F23748" w:rsidRDefault="000017DE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fldChar w:fldCharType="begin"/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instrText xml:space="preserve"> =SUM(E2:E11) \# "#.##0,00" </w:instrTex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fldChar w:fldCharType="separate"/>
            </w:r>
            <w:r w:rsidR="004D25CC">
              <w:rPr>
                <w:rFonts w:ascii="Calibri" w:eastAsia="Calibri" w:hAnsi="Calibri" w:cs="Calibri"/>
                <w:b/>
                <w:noProof/>
                <w:sz w:val="24"/>
                <w:szCs w:val="24"/>
              </w:rPr>
              <w:t xml:space="preserve">   0,00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fldChar w:fldCharType="end"/>
            </w:r>
            <w:bookmarkEnd w:id="206"/>
          </w:p>
        </w:tc>
        <w:tc>
          <w:tcPr>
            <w:tcW w:w="3068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55666AE" w14:textId="77777777" w:rsidR="000017DE" w:rsidRPr="00F23748" w:rsidRDefault="000017DE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64DD366" w14:textId="77777777" w:rsidR="00826604" w:rsidRDefault="00826604">
      <w:pPr>
        <w:spacing w:after="0" w:line="120" w:lineRule="exact"/>
      </w:pPr>
    </w:p>
    <w:p w14:paraId="32B3B7D6" w14:textId="77777777" w:rsidR="00E759FF" w:rsidRDefault="00E759FF" w:rsidP="00F23748">
      <w:pPr>
        <w:spacing w:after="0" w:line="20" w:lineRule="exact"/>
        <w:rPr>
          <w:rFonts w:ascii="Calibri" w:hAnsi="Calibri" w:cs="Calibri"/>
          <w:b/>
          <w:color w:val="000000"/>
          <w:sz w:val="24"/>
          <w:szCs w:val="24"/>
          <w:lang w:val="el-GR"/>
        </w:rPr>
      </w:pPr>
    </w:p>
    <w:p w14:paraId="33A06708" w14:textId="77777777" w:rsidR="006D0CC0" w:rsidRPr="006D0CC0" w:rsidRDefault="006D0CC0" w:rsidP="006D0CC0">
      <w:pPr>
        <w:shd w:val="clear" w:color="auto" w:fill="F2F2F2" w:themeFill="background1" w:themeFillShade="F2"/>
        <w:spacing w:before="120"/>
        <w:ind w:left="284" w:hanging="284"/>
        <w:jc w:val="both"/>
        <w:rPr>
          <w:rFonts w:asciiTheme="majorHAnsi" w:hAnsiTheme="majorHAnsi" w:cstheme="majorHAnsi"/>
          <w:sz w:val="22"/>
          <w:lang w:val="el-GR"/>
        </w:rPr>
      </w:pPr>
      <w:r w:rsidRPr="006D0CC0">
        <w:rPr>
          <w:rFonts w:asciiTheme="majorHAnsi" w:hAnsiTheme="majorHAnsi" w:cstheme="majorHAnsi"/>
          <w:b/>
          <w:bCs/>
          <w:sz w:val="22"/>
          <w:lang w:val="el-GR"/>
        </w:rPr>
        <w:t>*</w:t>
      </w:r>
      <w:r w:rsidRPr="006D0CC0">
        <w:rPr>
          <w:b/>
          <w:bCs/>
          <w:sz w:val="18"/>
          <w:szCs w:val="20"/>
          <w:lang w:val="el-GR"/>
        </w:rPr>
        <w:t xml:space="preserve"> </w:t>
      </w:r>
      <w:r w:rsidRPr="006D0CC0">
        <w:rPr>
          <w:rFonts w:asciiTheme="majorHAnsi" w:hAnsiTheme="majorHAnsi" w:cstheme="majorHAnsi"/>
          <w:b/>
          <w:bCs/>
          <w:sz w:val="22"/>
          <w:lang w:val="el-GR"/>
        </w:rPr>
        <w:t>Αιτιολογία μεταφοράς:</w:t>
      </w:r>
      <w:r w:rsidRPr="006D0CC0">
        <w:rPr>
          <w:rFonts w:asciiTheme="majorHAnsi" w:hAnsiTheme="majorHAnsi" w:cstheme="majorHAnsi"/>
          <w:sz w:val="22"/>
          <w:lang w:val="el-GR"/>
        </w:rPr>
        <w:t xml:space="preserve"> Πρέπει να τεκμηριώνει γιατί μέρος της ετήσιας απόδοσης της σχετικής απόφασης δεν αναμένεται να πραγματοποιηθεί εντός του 2027 και μεταφέρεται στην πρόβλεψη του 2028.</w:t>
      </w:r>
    </w:p>
    <w:p w14:paraId="2B9D7307" w14:textId="77777777" w:rsidR="00826604" w:rsidRPr="00DB4006" w:rsidRDefault="00826604">
      <w:pPr>
        <w:spacing w:after="0" w:line="20" w:lineRule="exact"/>
        <w:rPr>
          <w:lang w:val="el-GR"/>
        </w:rPr>
        <w:sectPr w:rsidR="00826604" w:rsidRPr="00DB4006" w:rsidSect="00651415">
          <w:footerReference w:type="default" r:id="rId12"/>
          <w:type w:val="continuous"/>
          <w:pgSz w:w="12240" w:h="15840"/>
          <w:pgMar w:top="851" w:right="851" w:bottom="851" w:left="851" w:header="720" w:footer="720" w:gutter="0"/>
          <w:cols w:space="720"/>
          <w:formProt w:val="0"/>
          <w:docGrid w:linePitch="360"/>
        </w:sectPr>
      </w:pPr>
    </w:p>
    <w:p w14:paraId="5C7E4D40" w14:textId="77777777" w:rsidR="002C40B3" w:rsidRPr="00E6654C" w:rsidRDefault="002C40B3">
      <w:pPr>
        <w:rPr>
          <w:lang w:val="el-GR"/>
        </w:rPr>
      </w:pPr>
    </w:p>
    <w:p w14:paraId="5320A5CF" w14:textId="42E8151A" w:rsidR="00C7160B" w:rsidRPr="007D5889" w:rsidRDefault="00F35F27">
      <w:pPr>
        <w:rPr>
          <w:lang w:val="el-GR"/>
        </w:rPr>
      </w:pPr>
      <w:r w:rsidRPr="007D5889">
        <w:rPr>
          <w:lang w:val="el-GR"/>
        </w:rPr>
        <w:br w:type="page"/>
      </w:r>
    </w:p>
    <w:p w14:paraId="1E39B108" w14:textId="1458E1A1" w:rsidR="00EE0F7B" w:rsidRDefault="00E759FF" w:rsidP="00F23748">
      <w:pPr>
        <w:spacing w:before="100" w:after="80"/>
        <w:rPr>
          <w:rFonts w:ascii="Calibri" w:hAnsi="Calibri" w:cs="Calibri"/>
          <w:b/>
          <w:color w:val="000000"/>
          <w:sz w:val="24"/>
          <w:szCs w:val="24"/>
          <w:lang w:val="el-GR"/>
        </w:rPr>
      </w:pPr>
      <w:r>
        <w:rPr>
          <w:rFonts w:ascii="Calibri" w:hAnsi="Calibri" w:cs="Calibri"/>
          <w:b/>
          <w:color w:val="000000"/>
          <w:sz w:val="24"/>
          <w:szCs w:val="24"/>
          <w:lang w:val="el-GR"/>
        </w:rPr>
        <w:lastRenderedPageBreak/>
        <w:t>Τεκμηρίωση προσδοκώμενης αύξησης βεβαιωθέντων σε ετήσια βάση</w:t>
      </w:r>
      <w:r w:rsidR="00DC6961" w:rsidRPr="00DC6961">
        <w:rPr>
          <w:rFonts w:ascii="Calibri" w:hAnsi="Calibri" w:cs="Calibri"/>
          <w:b/>
          <w:color w:val="000000"/>
          <w:sz w:val="24"/>
          <w:szCs w:val="24"/>
          <w:lang w:val="el-GR"/>
        </w:rPr>
        <w:t>:</w:t>
      </w:r>
    </w:p>
    <w:p w14:paraId="03D1A9EE" w14:textId="18448213" w:rsidR="009D5053" w:rsidRPr="009C16CC" w:rsidRDefault="009C16CC" w:rsidP="00F23748">
      <w:pPr>
        <w:spacing w:after="120"/>
        <w:rPr>
          <w:rFonts w:ascii="Calibri" w:hAnsi="Calibri" w:cs="Calibri"/>
          <w:bCs/>
          <w:i/>
          <w:iCs/>
          <w:color w:val="000000"/>
          <w:sz w:val="24"/>
          <w:szCs w:val="24"/>
          <w:lang w:val="el-GR"/>
        </w:rPr>
      </w:pPr>
      <w:r w:rsidRPr="000A73F9">
        <w:rPr>
          <w:rFonts w:ascii="Calibri" w:hAnsi="Calibri"/>
          <w:i/>
          <w:sz w:val="24"/>
          <w:lang w:val="el-GR"/>
        </w:rPr>
        <w:t>(Για κάθε γραμμή του πίνακα 3.4 παρατίθεται τεκμηρίωση σύμφωνα με το παρακάτω υπόδειγμα. Ο πίνακας μπορεί να αντιγραφεί και να προσαρμοστεί για κάθε πρόσθετη περίπτωση.)</w:t>
      </w:r>
    </w:p>
    <w:p w14:paraId="3096DF01" w14:textId="77777777" w:rsidR="00381581" w:rsidRPr="007D5889" w:rsidRDefault="00381581" w:rsidP="00F23748">
      <w:pPr>
        <w:spacing w:before="100" w:after="80"/>
        <w:rPr>
          <w:rFonts w:ascii="Calibri" w:hAnsi="Calibri" w:cs="Calibri"/>
          <w:b/>
          <w:color w:val="000000"/>
          <w:sz w:val="24"/>
          <w:szCs w:val="24"/>
          <w:lang w:val="el-GR"/>
        </w:rPr>
      </w:pPr>
    </w:p>
    <w:tbl>
      <w:tblPr>
        <w:tblW w:w="10338" w:type="dxa"/>
        <w:jc w:val="center"/>
        <w:tblLook w:val="04A0" w:firstRow="1" w:lastRow="0" w:firstColumn="1" w:lastColumn="0" w:noHBand="0" w:noVBand="1"/>
      </w:tblPr>
      <w:tblGrid>
        <w:gridCol w:w="978"/>
        <w:gridCol w:w="1580"/>
        <w:gridCol w:w="880"/>
        <w:gridCol w:w="1940"/>
        <w:gridCol w:w="740"/>
        <w:gridCol w:w="2020"/>
        <w:gridCol w:w="2200"/>
      </w:tblGrid>
      <w:tr w:rsidR="00255B66" w:rsidRPr="00F23748" w14:paraId="34DBEA63" w14:textId="77777777" w:rsidTr="009C16CC">
        <w:trPr>
          <w:jc w:val="center"/>
        </w:trPr>
        <w:tc>
          <w:tcPr>
            <w:tcW w:w="5378" w:type="dxa"/>
            <w:gridSpan w:val="4"/>
            <w:shd w:val="clear" w:color="auto" w:fill="FFFFFF" w:themeFill="background1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50C85BA" w14:textId="77777777" w:rsidR="00255B66" w:rsidRPr="001E22C9" w:rsidRDefault="00255B66" w:rsidP="006D5DDA">
            <w:pPr>
              <w:rPr>
                <w:rFonts w:ascii="Calibri" w:hAnsi="Calibri" w:cs="Calibri"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l-GR"/>
              </w:rPr>
              <w:t>Απόφαση ΔΣ/ ΑΔΑ</w:t>
            </w:r>
          </w:p>
        </w:tc>
        <w:tc>
          <w:tcPr>
            <w:tcW w:w="4960" w:type="dxa"/>
            <w:gridSpan w:val="3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C730D8F" w14:textId="77777777" w:rsidR="00255B66" w:rsidRPr="00255B66" w:rsidRDefault="00255B66" w:rsidP="006D5DDA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l-GR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Απόφαση ΔΣ / ΑΔΑ]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[Απόφαση ΔΣ / ΑΔΑ]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</w:tr>
      <w:tr w:rsidR="00255B66" w:rsidRPr="00F23748" w14:paraId="03736312" w14:textId="77777777" w:rsidTr="009C16CC">
        <w:trPr>
          <w:jc w:val="center"/>
        </w:trPr>
        <w:tc>
          <w:tcPr>
            <w:tcW w:w="5378" w:type="dxa"/>
            <w:gridSpan w:val="4"/>
            <w:shd w:val="clear" w:color="auto" w:fill="FFFFFF" w:themeFill="background1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3BB9DB8" w14:textId="77777777" w:rsidR="00255B66" w:rsidRPr="00F23748" w:rsidRDefault="00255B66" w:rsidP="006D5DDA">
            <w:pPr>
              <w:rPr>
                <w:rFonts w:ascii="Calibri" w:hAnsi="Calibri" w:cs="Calibri"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l-GR"/>
              </w:rPr>
              <w:t>ΑΛΕ / Περιγραφή ΑΛΕ</w:t>
            </w:r>
          </w:p>
        </w:tc>
        <w:tc>
          <w:tcPr>
            <w:tcW w:w="4960" w:type="dxa"/>
            <w:gridSpan w:val="3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F9EA02A" w14:textId="77777777" w:rsidR="00255B66" w:rsidRPr="001E79C0" w:rsidRDefault="00255B66" w:rsidP="006D5DDA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l-GR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"/>
                  <w:enabled/>
                  <w:calcOnExit/>
                  <w:textInput>
                    <w:default w:val="[ΑΛΕ / Περιγραφή ΑΛΕ]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[ΑΛΕ / Περιγραφή ΑΛΕ]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</w:tr>
      <w:tr w:rsidR="00A02B2B" w:rsidRPr="009F5AA6" w14:paraId="1784FB66" w14:textId="77777777" w:rsidTr="00255B66">
        <w:tblPrEx>
          <w:jc w:val="left"/>
        </w:tblPrEx>
        <w:trPr>
          <w:trHeight w:val="1500"/>
        </w:trPr>
        <w:tc>
          <w:tcPr>
            <w:tcW w:w="97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A87D83D" w14:textId="77777777" w:rsidR="00A02B2B" w:rsidRPr="00A02B2B" w:rsidRDefault="00A02B2B" w:rsidP="00A02B2B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val="el-GR" w:eastAsia="el-GR"/>
              </w:rPr>
            </w:pPr>
            <w:proofErr w:type="spellStart"/>
            <w:r w:rsidRPr="00A02B2B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val="el-GR" w:eastAsia="el-GR"/>
              </w:rPr>
              <w:t>Συντε</w:t>
            </w:r>
            <w:proofErr w:type="spellEnd"/>
            <w:r w:rsidRPr="00A02B2B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val="el-GR" w:eastAsia="el-GR"/>
              </w:rPr>
              <w:t xml:space="preserve"> </w:t>
            </w:r>
            <w:proofErr w:type="spellStart"/>
            <w:r w:rsidRPr="00A02B2B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val="el-GR" w:eastAsia="el-GR"/>
              </w:rPr>
              <w:t>λεστές</w:t>
            </w:r>
            <w:proofErr w:type="spellEnd"/>
            <w:r w:rsidRPr="00A02B2B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val="el-GR" w:eastAsia="el-GR"/>
              </w:rPr>
              <w:t xml:space="preserve"> </w:t>
            </w:r>
          </w:p>
        </w:tc>
        <w:tc>
          <w:tcPr>
            <w:tcW w:w="15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87F5ABA" w14:textId="77777777" w:rsidR="00A02B2B" w:rsidRDefault="00A02B2B" w:rsidP="00A02B2B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val="el-GR" w:eastAsia="el-GR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val="el-GR" w:eastAsia="el-GR"/>
              </w:rPr>
              <w:t>Φορολογική βάση</w:t>
            </w:r>
            <w:r w:rsidRPr="00A02B2B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val="el-GR" w:eastAsia="el-GR"/>
              </w:rPr>
              <w:t xml:space="preserve"> </w:t>
            </w:r>
          </w:p>
          <w:p w14:paraId="08C85EC0" w14:textId="77777777" w:rsidR="00A02B2B" w:rsidRPr="00A02B2B" w:rsidRDefault="00A02B2B" w:rsidP="00A02B2B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val="el-GR" w:eastAsia="el-GR"/>
              </w:rPr>
            </w:pPr>
            <w:r w:rsidRPr="00A02B2B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val="el-GR" w:eastAsia="el-GR"/>
              </w:rPr>
              <w:t>(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val="el-GR" w:eastAsia="el-GR"/>
              </w:rPr>
              <w:t>μονάδα μέτρησης</w:t>
            </w:r>
            <w:r w:rsidRPr="00A02B2B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val="el-GR" w:eastAsia="el-GR"/>
              </w:rPr>
              <w:t>)</w:t>
            </w:r>
          </w:p>
        </w:tc>
        <w:tc>
          <w:tcPr>
            <w:tcW w:w="8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9E7A2AD" w14:textId="77777777" w:rsidR="00A02B2B" w:rsidRPr="00A02B2B" w:rsidRDefault="00A02B2B" w:rsidP="00A02B2B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val="el-GR" w:eastAsia="el-GR"/>
              </w:rPr>
            </w:pPr>
            <w:proofErr w:type="spellStart"/>
            <w:r w:rsidRPr="00A02B2B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val="el-GR" w:eastAsia="el-GR"/>
              </w:rPr>
              <w:t>Συντ</w:t>
            </w:r>
            <w:proofErr w:type="spellEnd"/>
            <w:r w:rsidRPr="00A02B2B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val="el-GR" w:eastAsia="el-GR"/>
              </w:rPr>
              <w:t xml:space="preserve"> 2026</w:t>
            </w:r>
          </w:p>
        </w:tc>
        <w:tc>
          <w:tcPr>
            <w:tcW w:w="194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6587FCC" w14:textId="77777777" w:rsidR="00A02B2B" w:rsidRPr="00A02B2B" w:rsidRDefault="00A02B2B" w:rsidP="00A02B2B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val="el-GR" w:eastAsia="el-GR"/>
              </w:rPr>
            </w:pPr>
            <w:r w:rsidRPr="00A02B2B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val="el-GR" w:eastAsia="el-GR"/>
              </w:rPr>
              <w:t xml:space="preserve">Εκτιμώμενα ετήσια βεβαιωθέντα έσοδα με </w:t>
            </w:r>
            <w:proofErr w:type="spellStart"/>
            <w:r w:rsidRPr="00A02B2B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val="el-GR" w:eastAsia="el-GR"/>
              </w:rPr>
              <w:t>Συντ</w:t>
            </w:r>
            <w:proofErr w:type="spellEnd"/>
            <w:r w:rsidRPr="00A02B2B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val="el-GR" w:eastAsia="el-GR"/>
              </w:rPr>
              <w:t xml:space="preserve"> 2026</w:t>
            </w:r>
          </w:p>
        </w:tc>
        <w:tc>
          <w:tcPr>
            <w:tcW w:w="74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C2B6A62" w14:textId="77777777" w:rsidR="00A02B2B" w:rsidRPr="00A02B2B" w:rsidRDefault="00A02B2B" w:rsidP="00A02B2B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val="el-GR" w:eastAsia="el-GR"/>
              </w:rPr>
            </w:pPr>
            <w:proofErr w:type="spellStart"/>
            <w:r w:rsidRPr="00A02B2B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val="el-GR" w:eastAsia="el-GR"/>
              </w:rPr>
              <w:t>Συντ</w:t>
            </w:r>
            <w:proofErr w:type="spellEnd"/>
            <w:r w:rsidRPr="00A02B2B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val="el-GR" w:eastAsia="el-GR"/>
              </w:rPr>
              <w:t xml:space="preserve"> 2027</w:t>
            </w:r>
          </w:p>
        </w:tc>
        <w:tc>
          <w:tcPr>
            <w:tcW w:w="202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89D1110" w14:textId="77777777" w:rsidR="00A02B2B" w:rsidRPr="00A02B2B" w:rsidRDefault="00A02B2B" w:rsidP="00A02B2B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val="el-GR" w:eastAsia="el-GR"/>
              </w:rPr>
            </w:pPr>
            <w:r w:rsidRPr="00A02B2B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val="el-GR" w:eastAsia="el-GR"/>
              </w:rPr>
              <w:t xml:space="preserve">Εκτιμώμενα ετήσια βεβαιωθέντα έσοδα με </w:t>
            </w:r>
            <w:proofErr w:type="spellStart"/>
            <w:r w:rsidRPr="00A02B2B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val="el-GR" w:eastAsia="el-GR"/>
              </w:rPr>
              <w:t>Συντ</w:t>
            </w:r>
            <w:proofErr w:type="spellEnd"/>
            <w:r w:rsidRPr="00A02B2B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val="el-GR" w:eastAsia="el-GR"/>
              </w:rPr>
              <w:t xml:space="preserve"> 2027</w:t>
            </w:r>
          </w:p>
        </w:tc>
        <w:tc>
          <w:tcPr>
            <w:tcW w:w="22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CA45607" w14:textId="77777777" w:rsidR="00A02B2B" w:rsidRPr="00A02B2B" w:rsidRDefault="00A02B2B" w:rsidP="00A02B2B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val="el-GR" w:eastAsia="el-GR"/>
              </w:rPr>
            </w:pPr>
            <w:r w:rsidRPr="00A02B2B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val="el-GR" w:eastAsia="el-GR"/>
              </w:rPr>
              <w:t>Προσδοκώμενη αύξηση βεβαιωθέντων εσόδων σε ετήσια βάση</w:t>
            </w:r>
          </w:p>
        </w:tc>
      </w:tr>
      <w:tr w:rsidR="00A02B2B" w:rsidRPr="00A02B2B" w14:paraId="050C52A6" w14:textId="77777777" w:rsidTr="00255B66">
        <w:tblPrEx>
          <w:jc w:val="left"/>
        </w:tblPrEx>
        <w:trPr>
          <w:trHeight w:val="300"/>
        </w:trPr>
        <w:tc>
          <w:tcPr>
            <w:tcW w:w="97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3AD3C03" w14:textId="77777777" w:rsidR="00A02B2B" w:rsidRPr="00A02B2B" w:rsidRDefault="00A02B2B" w:rsidP="00A02B2B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</w:pPr>
            <w:r w:rsidRPr="00A02B2B"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  <w:t>(Α)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7E435A1" w14:textId="77777777" w:rsidR="00A02B2B" w:rsidRPr="00A02B2B" w:rsidRDefault="00A02B2B" w:rsidP="00A02B2B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</w:pPr>
            <w:r w:rsidRPr="00A02B2B"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  <w:t>(Β)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8EA229A" w14:textId="77777777" w:rsidR="00A02B2B" w:rsidRPr="00A02B2B" w:rsidRDefault="00A02B2B" w:rsidP="00A02B2B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</w:pPr>
            <w:r w:rsidRPr="00A02B2B"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  <w:t>(Γ)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93E41DE" w14:textId="77777777" w:rsidR="00A02B2B" w:rsidRPr="00A02B2B" w:rsidRDefault="00A02B2B" w:rsidP="00A02B2B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</w:pPr>
            <w:r w:rsidRPr="00A02B2B"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  <w:t xml:space="preserve">(Δ) = (Β) x (Γ)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471A5E8" w14:textId="77777777" w:rsidR="00A02B2B" w:rsidRPr="00A02B2B" w:rsidRDefault="00A02B2B" w:rsidP="00A02B2B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</w:pPr>
            <w:r w:rsidRPr="00A02B2B"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  <w:t>(Ε)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6F6A154" w14:textId="77777777" w:rsidR="00A02B2B" w:rsidRPr="00A02B2B" w:rsidRDefault="00A02B2B" w:rsidP="00A02B2B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</w:pPr>
            <w:r w:rsidRPr="00A02B2B"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  <w:t>(ΣΤ) = (Β) x (Ε)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E97EA81" w14:textId="77777777" w:rsidR="00A02B2B" w:rsidRPr="00A02B2B" w:rsidRDefault="00A02B2B" w:rsidP="00A02B2B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</w:pPr>
            <w:r w:rsidRPr="00A02B2B"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  <w:t>(Ζ)</w:t>
            </w:r>
          </w:p>
        </w:tc>
      </w:tr>
      <w:tr w:rsidR="00A02B2B" w:rsidRPr="00A02B2B" w14:paraId="3AC3E80B" w14:textId="77777777" w:rsidTr="00255B66">
        <w:tblPrEx>
          <w:jc w:val="left"/>
        </w:tblPrEx>
        <w:trPr>
          <w:trHeight w:val="300"/>
        </w:trPr>
        <w:tc>
          <w:tcPr>
            <w:tcW w:w="97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4CB607A" w14:textId="77777777" w:rsidR="00A02B2B" w:rsidRPr="00A02B2B" w:rsidRDefault="00A02B2B" w:rsidP="00A02B2B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</w:pPr>
            <w:r w:rsidRPr="00A02B2B"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  <w:t>Σ1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9410EAC" w14:textId="77777777" w:rsidR="00A02B2B" w:rsidRPr="00A02B2B" w:rsidRDefault="00A02B2B" w:rsidP="00A02B2B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FDCBAF8" w14:textId="77777777" w:rsidR="00A02B2B" w:rsidRPr="00A02B2B" w:rsidRDefault="00A02B2B" w:rsidP="00A02B2B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1FD97CF" w14:textId="77777777" w:rsidR="00A02B2B" w:rsidRPr="00A02B2B" w:rsidRDefault="00A02B2B" w:rsidP="00A02B2B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8B5A043" w14:textId="77777777" w:rsidR="00A02B2B" w:rsidRPr="00A02B2B" w:rsidRDefault="00A02B2B" w:rsidP="00A02B2B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AD20FCC" w14:textId="77777777" w:rsidR="00A02B2B" w:rsidRPr="00A02B2B" w:rsidRDefault="00A02B2B" w:rsidP="00A02B2B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7B4B657" w14:textId="77777777" w:rsidR="00A02B2B" w:rsidRPr="00A02B2B" w:rsidRDefault="00A02B2B" w:rsidP="00A02B2B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</w:pPr>
          </w:p>
        </w:tc>
      </w:tr>
      <w:tr w:rsidR="00A02B2B" w:rsidRPr="00A02B2B" w14:paraId="56C66706" w14:textId="77777777" w:rsidTr="00255B66">
        <w:tblPrEx>
          <w:jc w:val="left"/>
        </w:tblPrEx>
        <w:trPr>
          <w:trHeight w:val="300"/>
        </w:trPr>
        <w:tc>
          <w:tcPr>
            <w:tcW w:w="97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8A9CFEE" w14:textId="77777777" w:rsidR="00A02B2B" w:rsidRPr="00A02B2B" w:rsidRDefault="00A02B2B" w:rsidP="00A02B2B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</w:pPr>
            <w:r w:rsidRPr="00A02B2B"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  <w:t>Σ2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59AA072" w14:textId="77777777" w:rsidR="00A02B2B" w:rsidRPr="00A02B2B" w:rsidRDefault="00A02B2B" w:rsidP="00A02B2B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80A1E17" w14:textId="77777777" w:rsidR="00A02B2B" w:rsidRPr="00A02B2B" w:rsidRDefault="00A02B2B" w:rsidP="00A02B2B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73128C1" w14:textId="77777777" w:rsidR="00A02B2B" w:rsidRPr="00A02B2B" w:rsidRDefault="00A02B2B" w:rsidP="00A02B2B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3F54A22" w14:textId="77777777" w:rsidR="00A02B2B" w:rsidRPr="00A02B2B" w:rsidRDefault="00A02B2B" w:rsidP="00A02B2B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429C1E9" w14:textId="77777777" w:rsidR="00A02B2B" w:rsidRPr="00A02B2B" w:rsidRDefault="00A02B2B" w:rsidP="00A02B2B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100CD07" w14:textId="77777777" w:rsidR="00A02B2B" w:rsidRPr="00A02B2B" w:rsidRDefault="00A02B2B" w:rsidP="00A02B2B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</w:pPr>
          </w:p>
        </w:tc>
      </w:tr>
      <w:tr w:rsidR="00A02B2B" w:rsidRPr="00A02B2B" w14:paraId="2AA18F0C" w14:textId="77777777" w:rsidTr="00255B66">
        <w:tblPrEx>
          <w:jc w:val="left"/>
        </w:tblPrEx>
        <w:trPr>
          <w:trHeight w:val="300"/>
        </w:trPr>
        <w:tc>
          <w:tcPr>
            <w:tcW w:w="97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46B3716" w14:textId="77777777" w:rsidR="00A02B2B" w:rsidRPr="00A02B2B" w:rsidRDefault="00A02B2B" w:rsidP="00A02B2B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</w:pPr>
            <w:r w:rsidRPr="00A02B2B"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  <w:t>Σ3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02CFBAA" w14:textId="77777777" w:rsidR="00A02B2B" w:rsidRPr="00A02B2B" w:rsidRDefault="00A02B2B" w:rsidP="00A02B2B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8BF9D33" w14:textId="77777777" w:rsidR="00A02B2B" w:rsidRPr="00A02B2B" w:rsidRDefault="00A02B2B" w:rsidP="00A02B2B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9FE6B7E" w14:textId="77777777" w:rsidR="00A02B2B" w:rsidRPr="00A02B2B" w:rsidRDefault="00A02B2B" w:rsidP="00A02B2B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06EA2ED" w14:textId="77777777" w:rsidR="00A02B2B" w:rsidRPr="00A02B2B" w:rsidRDefault="00A02B2B" w:rsidP="00A02B2B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F6D5C5A" w14:textId="77777777" w:rsidR="00A02B2B" w:rsidRPr="00A02B2B" w:rsidRDefault="00A02B2B" w:rsidP="00A02B2B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17CC516" w14:textId="77777777" w:rsidR="00A02B2B" w:rsidRPr="00A02B2B" w:rsidRDefault="00A02B2B" w:rsidP="00A02B2B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</w:pPr>
          </w:p>
        </w:tc>
      </w:tr>
      <w:tr w:rsidR="00A02B2B" w:rsidRPr="00A02B2B" w14:paraId="0DACC137" w14:textId="77777777" w:rsidTr="00255B66">
        <w:tblPrEx>
          <w:jc w:val="left"/>
        </w:tblPrEx>
        <w:trPr>
          <w:trHeight w:val="300"/>
        </w:trPr>
        <w:tc>
          <w:tcPr>
            <w:tcW w:w="97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2F97FBA" w14:textId="77777777" w:rsidR="00A02B2B" w:rsidRPr="00A02B2B" w:rsidRDefault="00A02B2B" w:rsidP="00A02B2B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</w:pPr>
            <w:r w:rsidRPr="00A02B2B"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  <w:t>…...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8A5C2AD" w14:textId="77777777" w:rsidR="00A02B2B" w:rsidRPr="00A02B2B" w:rsidRDefault="00A02B2B" w:rsidP="00A02B2B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A2A163D" w14:textId="77777777" w:rsidR="00A02B2B" w:rsidRPr="00A02B2B" w:rsidRDefault="00A02B2B" w:rsidP="00A02B2B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BA40AE0" w14:textId="77777777" w:rsidR="00A02B2B" w:rsidRPr="00A02B2B" w:rsidRDefault="00A02B2B" w:rsidP="00A02B2B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F41F3F6" w14:textId="77777777" w:rsidR="00A02B2B" w:rsidRPr="00A02B2B" w:rsidRDefault="00A02B2B" w:rsidP="00A02B2B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039143D" w14:textId="77777777" w:rsidR="00A02B2B" w:rsidRPr="00A02B2B" w:rsidRDefault="00A02B2B" w:rsidP="00A02B2B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8CA22FB" w14:textId="77777777" w:rsidR="00A02B2B" w:rsidRPr="00A02B2B" w:rsidRDefault="00A02B2B" w:rsidP="00A02B2B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</w:pPr>
          </w:p>
        </w:tc>
      </w:tr>
      <w:tr w:rsidR="00A02B2B" w:rsidRPr="00A02B2B" w14:paraId="289BE1DC" w14:textId="77777777" w:rsidTr="00255B66">
        <w:tblPrEx>
          <w:jc w:val="left"/>
        </w:tblPrEx>
        <w:trPr>
          <w:trHeight w:val="300"/>
        </w:trPr>
        <w:tc>
          <w:tcPr>
            <w:tcW w:w="97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77D2024" w14:textId="77777777" w:rsidR="00A02B2B" w:rsidRPr="00A02B2B" w:rsidRDefault="00A02B2B" w:rsidP="00A02B2B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</w:pPr>
            <w:proofErr w:type="spellStart"/>
            <w:r w:rsidRPr="00A02B2B"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  <w:t>Σν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646D1A7" w14:textId="77777777" w:rsidR="00A02B2B" w:rsidRPr="00A02B2B" w:rsidRDefault="00A02B2B" w:rsidP="00A02B2B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5E5E5EE" w14:textId="77777777" w:rsidR="00A02B2B" w:rsidRPr="00A02B2B" w:rsidRDefault="00A02B2B" w:rsidP="00A02B2B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FB2DBBE" w14:textId="77777777" w:rsidR="00A02B2B" w:rsidRPr="00A02B2B" w:rsidRDefault="00A02B2B" w:rsidP="00A02B2B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BA4BA4D" w14:textId="77777777" w:rsidR="00A02B2B" w:rsidRPr="00A02B2B" w:rsidRDefault="00A02B2B" w:rsidP="00A02B2B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98BF13D" w14:textId="77777777" w:rsidR="00A02B2B" w:rsidRPr="00A02B2B" w:rsidRDefault="00A02B2B" w:rsidP="00A02B2B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8B2A61F" w14:textId="77777777" w:rsidR="00A02B2B" w:rsidRPr="00A02B2B" w:rsidRDefault="00A02B2B" w:rsidP="00A02B2B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</w:pPr>
          </w:p>
        </w:tc>
      </w:tr>
      <w:tr w:rsidR="00A02B2B" w:rsidRPr="00A02B2B" w14:paraId="4E6FDD96" w14:textId="77777777" w:rsidTr="00255B66">
        <w:tblPrEx>
          <w:jc w:val="left"/>
        </w:tblPrEx>
        <w:trPr>
          <w:trHeight w:val="300"/>
        </w:trPr>
        <w:tc>
          <w:tcPr>
            <w:tcW w:w="97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F346C4A" w14:textId="77777777" w:rsidR="00A02B2B" w:rsidRPr="00A02B2B" w:rsidRDefault="00A02B2B" w:rsidP="00A02B2B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val="el-GR" w:eastAsia="el-GR"/>
              </w:rPr>
            </w:pPr>
            <w:r w:rsidRPr="00A02B2B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val="el-GR" w:eastAsia="el-GR"/>
              </w:rPr>
              <w:t>Σύνολο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92B5C01" w14:textId="77777777" w:rsidR="00A02B2B" w:rsidRPr="00A02B2B" w:rsidRDefault="00A02B2B" w:rsidP="00A02B2B">
            <w:pPr>
              <w:spacing w:after="0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val="el-GR" w:eastAsia="el-G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F75556D" w14:textId="77777777" w:rsidR="00A02B2B" w:rsidRPr="00A02B2B" w:rsidRDefault="00A02B2B" w:rsidP="00A02B2B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val="el-GR" w:eastAsia="el-GR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35AFFE1" w14:textId="77777777" w:rsidR="00A02B2B" w:rsidRPr="00A02B2B" w:rsidRDefault="00A02B2B" w:rsidP="00A02B2B">
            <w:pPr>
              <w:spacing w:after="0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val="el-GR" w:eastAsia="el-G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51726F1" w14:textId="77777777" w:rsidR="00A02B2B" w:rsidRPr="00A02B2B" w:rsidRDefault="00A02B2B" w:rsidP="00A02B2B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val="el-GR" w:eastAsia="el-G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43DBAFA" w14:textId="77777777" w:rsidR="00A02B2B" w:rsidRPr="00A02B2B" w:rsidRDefault="00A02B2B" w:rsidP="00A02B2B">
            <w:pPr>
              <w:spacing w:after="0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val="el-GR" w:eastAsia="el-G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bottom"/>
            <w:hideMark/>
          </w:tcPr>
          <w:p w14:paraId="3F3AD0FA" w14:textId="77777777" w:rsidR="00A02B2B" w:rsidRPr="00A02B2B" w:rsidRDefault="00A02B2B" w:rsidP="00A02B2B">
            <w:pPr>
              <w:spacing w:after="0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val="el-GR" w:eastAsia="el-GR"/>
              </w:rPr>
            </w:pPr>
          </w:p>
        </w:tc>
      </w:tr>
      <w:tr w:rsidR="00A02B2B" w:rsidRPr="00A02B2B" w14:paraId="52D5D8FF" w14:textId="77777777" w:rsidTr="00255B66">
        <w:tblPrEx>
          <w:jc w:val="left"/>
        </w:tblPrEx>
        <w:trPr>
          <w:trHeight w:val="300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4AA5F" w14:textId="77777777" w:rsidR="00A02B2B" w:rsidRPr="00A02B2B" w:rsidRDefault="00A02B2B" w:rsidP="00A02B2B">
            <w:pPr>
              <w:spacing w:after="0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val="el-GR" w:eastAsia="el-G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8C10C" w14:textId="77777777" w:rsidR="00A02B2B" w:rsidRPr="00A02B2B" w:rsidRDefault="00A02B2B" w:rsidP="00A02B2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2CE96" w14:textId="77777777" w:rsidR="00A02B2B" w:rsidRPr="00A02B2B" w:rsidRDefault="00A02B2B" w:rsidP="00A02B2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C398A" w14:textId="77777777" w:rsidR="00A02B2B" w:rsidRPr="00A02B2B" w:rsidRDefault="00A02B2B" w:rsidP="00A02B2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8564D" w14:textId="77777777" w:rsidR="00A02B2B" w:rsidRPr="00A02B2B" w:rsidRDefault="00A02B2B" w:rsidP="00A02B2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3826A" w14:textId="77777777" w:rsidR="00A02B2B" w:rsidRPr="00A02B2B" w:rsidRDefault="00A02B2B" w:rsidP="00A02B2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F106C" w14:textId="77777777" w:rsidR="00A02B2B" w:rsidRPr="00A02B2B" w:rsidRDefault="00A02B2B" w:rsidP="00A02B2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</w:tr>
      <w:tr w:rsidR="00A02B2B" w:rsidRPr="009F5AA6" w14:paraId="514E00C5" w14:textId="77777777" w:rsidTr="00255B66">
        <w:tblPrEx>
          <w:jc w:val="left"/>
        </w:tblPrEx>
        <w:trPr>
          <w:trHeight w:val="300"/>
        </w:trPr>
        <w:tc>
          <w:tcPr>
            <w:tcW w:w="8138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0F29FB3" w14:textId="77777777" w:rsidR="00A02B2B" w:rsidRPr="00A02B2B" w:rsidRDefault="00A02B2B" w:rsidP="00A02B2B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</w:pPr>
            <w:r w:rsidRPr="00A02B2B"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  <w:t xml:space="preserve">Εισπραχθέντα έσοδα από </w:t>
            </w:r>
            <w:r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  <w:t>το συγκεκριμένο τέλος ή φόρο</w:t>
            </w:r>
            <w:r w:rsidRPr="00A02B2B"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  <w:t xml:space="preserve"> 2025 (Η1):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6E599E7" w14:textId="77777777" w:rsidR="00A02B2B" w:rsidRPr="00A02B2B" w:rsidRDefault="00A02B2B" w:rsidP="00A02B2B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</w:pPr>
          </w:p>
        </w:tc>
      </w:tr>
      <w:tr w:rsidR="00A02B2B" w:rsidRPr="009F5AA6" w14:paraId="72DEEAF2" w14:textId="77777777" w:rsidTr="00255B66">
        <w:tblPrEx>
          <w:jc w:val="left"/>
        </w:tblPrEx>
        <w:trPr>
          <w:trHeight w:val="300"/>
        </w:trPr>
        <w:tc>
          <w:tcPr>
            <w:tcW w:w="8138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88054D7" w14:textId="77777777" w:rsidR="00A02B2B" w:rsidRPr="00A02B2B" w:rsidRDefault="00A02B2B" w:rsidP="00A02B2B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</w:pPr>
            <w:r w:rsidRPr="00A02B2B"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  <w:t xml:space="preserve">Έσοδα από </w:t>
            </w:r>
            <w:r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  <w:t>το συγκεκριμένο τέλος ή φόρο</w:t>
            </w:r>
            <w:r w:rsidRPr="00A02B2B"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  <w:t xml:space="preserve"> που έπρεπε να βεβαιωθούν το 2025 (Η2):</w:t>
            </w:r>
          </w:p>
        </w:tc>
        <w:tc>
          <w:tcPr>
            <w:tcW w:w="22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E439CB0" w14:textId="77777777" w:rsidR="00A02B2B" w:rsidRPr="00A02B2B" w:rsidRDefault="00A02B2B" w:rsidP="00A02B2B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</w:pPr>
          </w:p>
        </w:tc>
      </w:tr>
      <w:tr w:rsidR="00A02B2B" w:rsidRPr="009F5AA6" w14:paraId="52A4AE6C" w14:textId="77777777" w:rsidTr="00255B66">
        <w:tblPrEx>
          <w:jc w:val="left"/>
        </w:tblPrEx>
        <w:trPr>
          <w:trHeight w:val="300"/>
        </w:trPr>
        <w:tc>
          <w:tcPr>
            <w:tcW w:w="8138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CE82C0A" w14:textId="77777777" w:rsidR="00A02B2B" w:rsidRPr="00A02B2B" w:rsidRDefault="00A02B2B" w:rsidP="00A02B2B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</w:pPr>
            <w:r w:rsidRPr="00A02B2B"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  <w:t xml:space="preserve">Ποσοστό είσπραξης </w:t>
            </w:r>
            <w:r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  <w:t xml:space="preserve">συγκεκριμένου τέλους ή φόρου </w:t>
            </w:r>
            <w:r w:rsidRPr="00A02B2B"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  <w:t xml:space="preserve"> 2025 (Η3) = (Η1) /( Η2)</w:t>
            </w:r>
          </w:p>
        </w:tc>
        <w:tc>
          <w:tcPr>
            <w:tcW w:w="22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bottom"/>
            <w:hideMark/>
          </w:tcPr>
          <w:p w14:paraId="21EE6BA7" w14:textId="77777777" w:rsidR="00A02B2B" w:rsidRPr="005D7E0C" w:rsidRDefault="00A02B2B" w:rsidP="00D53DCC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val="el-GR" w:eastAsia="el-GR"/>
              </w:rPr>
            </w:pPr>
          </w:p>
        </w:tc>
      </w:tr>
      <w:tr w:rsidR="00A02B2B" w:rsidRPr="009F5AA6" w14:paraId="08B23B48" w14:textId="77777777" w:rsidTr="00255B66">
        <w:tblPrEx>
          <w:jc w:val="left"/>
        </w:tblPrEx>
        <w:trPr>
          <w:trHeight w:val="300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44D63" w14:textId="77777777" w:rsidR="00A02B2B" w:rsidRPr="00A02B2B" w:rsidRDefault="00A02B2B" w:rsidP="00A02B2B">
            <w:pPr>
              <w:spacing w:after="0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val="el-GR" w:eastAsia="el-G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994E0" w14:textId="77777777" w:rsidR="00A02B2B" w:rsidRPr="00A02B2B" w:rsidRDefault="00A02B2B" w:rsidP="00A02B2B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11AE9" w14:textId="77777777" w:rsidR="00A02B2B" w:rsidRPr="00A02B2B" w:rsidRDefault="00A02B2B" w:rsidP="00A02B2B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225B3" w14:textId="77777777" w:rsidR="00A02B2B" w:rsidRPr="00A02B2B" w:rsidRDefault="00A02B2B" w:rsidP="00A02B2B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D21B1" w14:textId="77777777" w:rsidR="00A02B2B" w:rsidRPr="00A02B2B" w:rsidRDefault="00A02B2B" w:rsidP="00A02B2B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238BA" w14:textId="77777777" w:rsidR="00A02B2B" w:rsidRPr="00A02B2B" w:rsidRDefault="00A02B2B" w:rsidP="00A02B2B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6FE9B" w14:textId="77777777" w:rsidR="00A02B2B" w:rsidRPr="00A02B2B" w:rsidRDefault="00A02B2B" w:rsidP="00A02B2B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</w:tr>
      <w:tr w:rsidR="00A02B2B" w:rsidRPr="009F5AA6" w14:paraId="1E979ACE" w14:textId="77777777" w:rsidTr="00255B66">
        <w:tblPrEx>
          <w:jc w:val="left"/>
        </w:tblPrEx>
        <w:trPr>
          <w:trHeight w:val="300"/>
        </w:trPr>
        <w:tc>
          <w:tcPr>
            <w:tcW w:w="8138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898EAC2" w14:textId="77777777" w:rsidR="00A02B2B" w:rsidRPr="00A02B2B" w:rsidRDefault="00A02B2B" w:rsidP="00A02B2B">
            <w:pPr>
              <w:spacing w:after="0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val="el-GR" w:eastAsia="el-GR"/>
              </w:rPr>
            </w:pPr>
            <w:r w:rsidRPr="00A02B2B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val="el-GR" w:eastAsia="el-GR"/>
              </w:rPr>
              <w:t>Προσδοκώμενα εισπρα</w:t>
            </w:r>
            <w:r w:rsidR="00D53DCC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val="el-GR" w:eastAsia="el-GR"/>
              </w:rPr>
              <w:t>κτέ</w:t>
            </w:r>
            <w:r w:rsidRPr="00A02B2B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val="el-GR" w:eastAsia="el-GR"/>
              </w:rPr>
              <w:t>α έσοδα σε ετήσια βάση (Ι) = (Ζ) x (Η3):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bottom"/>
            <w:hideMark/>
          </w:tcPr>
          <w:p w14:paraId="5D72F7C1" w14:textId="77777777" w:rsidR="00A02B2B" w:rsidRPr="00A02B2B" w:rsidRDefault="00A02B2B" w:rsidP="00A02B2B">
            <w:pPr>
              <w:spacing w:after="0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val="el-GR" w:eastAsia="el-GR"/>
              </w:rPr>
            </w:pPr>
          </w:p>
        </w:tc>
      </w:tr>
      <w:tr w:rsidR="00A02B2B" w:rsidRPr="009F5AA6" w14:paraId="76D57651" w14:textId="77777777" w:rsidTr="00255B66">
        <w:tblPrEx>
          <w:jc w:val="left"/>
        </w:tblPrEx>
        <w:trPr>
          <w:trHeight w:val="300"/>
        </w:trPr>
        <w:tc>
          <w:tcPr>
            <w:tcW w:w="8138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91A95B2" w14:textId="77777777" w:rsidR="00A02B2B" w:rsidRPr="00A02B2B" w:rsidRDefault="00A02B2B" w:rsidP="00A02B2B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</w:pPr>
            <w:r w:rsidRPr="00A02B2B"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  <w:t>εκ των οποίων στο έτος 2027)</w:t>
            </w:r>
            <w:r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  <w:t>:</w:t>
            </w:r>
          </w:p>
        </w:tc>
        <w:tc>
          <w:tcPr>
            <w:tcW w:w="22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BEDA4BB" w14:textId="77777777" w:rsidR="00A02B2B" w:rsidRPr="00A02B2B" w:rsidRDefault="00A02B2B" w:rsidP="00A02B2B">
            <w:pPr>
              <w:spacing w:after="0"/>
              <w:jc w:val="right"/>
              <w:rPr>
                <w:rFonts w:ascii="Aptos Narrow" w:eastAsia="Times New Roman" w:hAnsi="Aptos Narrow" w:cs="Times New Roman"/>
                <w:b/>
                <w:bCs/>
                <w:color w:val="0B3040"/>
                <w:sz w:val="22"/>
                <w:lang w:val="el-GR" w:eastAsia="el-GR"/>
              </w:rPr>
            </w:pPr>
          </w:p>
        </w:tc>
      </w:tr>
      <w:tr w:rsidR="00A02B2B" w:rsidRPr="00A02B2B" w14:paraId="0F1FD571" w14:textId="77777777" w:rsidTr="00255B66">
        <w:tblPrEx>
          <w:jc w:val="left"/>
        </w:tblPrEx>
        <w:trPr>
          <w:trHeight w:val="300"/>
        </w:trPr>
        <w:tc>
          <w:tcPr>
            <w:tcW w:w="8138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6290034" w14:textId="77777777" w:rsidR="00A02B2B" w:rsidRPr="00A02B2B" w:rsidRDefault="00A02B2B" w:rsidP="00A02B2B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</w:pPr>
            <w:r w:rsidRPr="00A02B2B"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  <w:t xml:space="preserve">και στο έτος 2028 </w:t>
            </w:r>
            <w:r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  <w:t>:</w:t>
            </w:r>
          </w:p>
        </w:tc>
        <w:tc>
          <w:tcPr>
            <w:tcW w:w="22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DF9B19F" w14:textId="77777777" w:rsidR="00A02B2B" w:rsidRPr="00A02B2B" w:rsidRDefault="00A02B2B" w:rsidP="00A02B2B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</w:pPr>
          </w:p>
        </w:tc>
      </w:tr>
      <w:tr w:rsidR="00A02B2B" w:rsidRPr="00A02B2B" w14:paraId="01727AC3" w14:textId="77777777" w:rsidTr="00255B66">
        <w:tblPrEx>
          <w:jc w:val="left"/>
        </w:tblPrEx>
        <w:trPr>
          <w:trHeight w:val="300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BF7C3" w14:textId="77777777" w:rsidR="00A02B2B" w:rsidRPr="00A02B2B" w:rsidRDefault="00A02B2B" w:rsidP="00A02B2B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lang w:val="el-GR" w:eastAsia="el-G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CD805" w14:textId="77777777" w:rsidR="00A02B2B" w:rsidRPr="00A02B2B" w:rsidRDefault="00A02B2B" w:rsidP="00A02B2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80C08" w14:textId="77777777" w:rsidR="00A02B2B" w:rsidRPr="00A02B2B" w:rsidRDefault="00A02B2B" w:rsidP="00A02B2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29568" w14:textId="77777777" w:rsidR="00A02B2B" w:rsidRPr="00A02B2B" w:rsidRDefault="00A02B2B" w:rsidP="00A02B2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A6C0F" w14:textId="77777777" w:rsidR="00A02B2B" w:rsidRPr="00A02B2B" w:rsidRDefault="00A02B2B" w:rsidP="00A02B2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0348C" w14:textId="77777777" w:rsidR="00A02B2B" w:rsidRPr="00A02B2B" w:rsidRDefault="00A02B2B" w:rsidP="00A02B2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CA212" w14:textId="77777777" w:rsidR="00A02B2B" w:rsidRPr="00A02B2B" w:rsidRDefault="00A02B2B" w:rsidP="00A02B2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</w:tr>
      <w:tr w:rsidR="00A02B2B" w:rsidRPr="00A02B2B" w14:paraId="1AB3B00B" w14:textId="77777777" w:rsidTr="00255B66">
        <w:tblPrEx>
          <w:jc w:val="left"/>
        </w:tblPrEx>
        <w:trPr>
          <w:trHeight w:val="300"/>
        </w:trPr>
        <w:tc>
          <w:tcPr>
            <w:tcW w:w="8138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1FDC45D0" w14:textId="77777777" w:rsidR="00A02B2B" w:rsidRPr="00A02B2B" w:rsidRDefault="00A02B2B" w:rsidP="00A02B2B">
            <w:pPr>
              <w:spacing w:after="0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val="el-GR" w:eastAsia="el-GR"/>
              </w:rPr>
            </w:pPr>
            <w:r w:rsidRPr="00A02B2B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val="el-GR" w:eastAsia="el-GR"/>
              </w:rPr>
              <w:t>Δυνατότητα προσαύξησης ΟΙΕ έτους 2027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bottom"/>
            <w:hideMark/>
          </w:tcPr>
          <w:p w14:paraId="606EEE2A" w14:textId="77777777" w:rsidR="00A02B2B" w:rsidRPr="00A02B2B" w:rsidRDefault="00A02B2B" w:rsidP="00A02B2B">
            <w:pPr>
              <w:spacing w:after="0"/>
              <w:jc w:val="right"/>
              <w:rPr>
                <w:rFonts w:ascii="Aptos Narrow" w:eastAsia="Times New Roman" w:hAnsi="Aptos Narrow" w:cs="Times New Roman"/>
                <w:b/>
                <w:bCs/>
                <w:color w:val="0B3040"/>
                <w:sz w:val="22"/>
                <w:lang w:val="el-GR" w:eastAsia="el-GR"/>
              </w:rPr>
            </w:pPr>
          </w:p>
        </w:tc>
      </w:tr>
      <w:tr w:rsidR="008451E6" w:rsidRPr="00A02B2B" w14:paraId="3F6A90C8" w14:textId="77777777" w:rsidTr="00255B66">
        <w:tblPrEx>
          <w:jc w:val="left"/>
        </w:tblPrEx>
        <w:trPr>
          <w:trHeight w:val="300"/>
        </w:trPr>
        <w:tc>
          <w:tcPr>
            <w:tcW w:w="8138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noWrap/>
            <w:vAlign w:val="bottom"/>
          </w:tcPr>
          <w:p w14:paraId="7A754BA4" w14:textId="77777777" w:rsidR="008451E6" w:rsidRPr="00A02B2B" w:rsidRDefault="008451E6" w:rsidP="00A02B2B">
            <w:pPr>
              <w:spacing w:after="0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val="el-GR" w:eastAsia="el-GR"/>
              </w:rPr>
            </w:pP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bottom"/>
          </w:tcPr>
          <w:p w14:paraId="00E3D4E2" w14:textId="77777777" w:rsidR="008451E6" w:rsidRPr="00A02B2B" w:rsidRDefault="008451E6" w:rsidP="00A02B2B">
            <w:pPr>
              <w:spacing w:after="0"/>
              <w:jc w:val="right"/>
              <w:rPr>
                <w:rFonts w:ascii="Aptos Narrow" w:eastAsia="Times New Roman" w:hAnsi="Aptos Narrow" w:cs="Times New Roman"/>
                <w:b/>
                <w:bCs/>
                <w:color w:val="0B3040"/>
                <w:sz w:val="22"/>
                <w:lang w:val="el-GR" w:eastAsia="el-GR"/>
              </w:rPr>
            </w:pPr>
          </w:p>
        </w:tc>
      </w:tr>
      <w:tr w:rsidR="008451E6" w:rsidRPr="008451E6" w14:paraId="3CC3D48A" w14:textId="77777777" w:rsidTr="00255B66">
        <w:tblPrEx>
          <w:jc w:val="left"/>
        </w:tblPrEx>
        <w:trPr>
          <w:trHeight w:val="300"/>
        </w:trPr>
        <w:tc>
          <w:tcPr>
            <w:tcW w:w="10338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64128B6" w14:textId="77777777" w:rsidR="008451E6" w:rsidRPr="00D53DCC" w:rsidRDefault="008451E6" w:rsidP="008451E6">
            <w:pPr>
              <w:spacing w:after="0" w:line="276" w:lineRule="auto"/>
              <w:rPr>
                <w:rFonts w:ascii="Calibri" w:hAnsi="Calibri" w:cs="Calibri"/>
                <w:bCs/>
                <w:color w:val="000000"/>
                <w:sz w:val="24"/>
                <w:szCs w:val="24"/>
                <w:lang w:val="el-GR"/>
              </w:rPr>
            </w:pPr>
          </w:p>
        </w:tc>
      </w:tr>
      <w:tr w:rsidR="008451E6" w:rsidRPr="009F5AA6" w14:paraId="64EC29EC" w14:textId="77777777" w:rsidTr="00255B66">
        <w:tblPrEx>
          <w:jc w:val="left"/>
        </w:tblPrEx>
        <w:trPr>
          <w:trHeight w:val="200"/>
        </w:trPr>
        <w:tc>
          <w:tcPr>
            <w:tcW w:w="10338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FBD86E1" w14:textId="77777777" w:rsidR="00826604" w:rsidRPr="00DB4006" w:rsidRDefault="00EB78F2">
            <w:pPr>
              <w:rPr>
                <w:lang w:val="el-GR"/>
              </w:rPr>
            </w:pPr>
            <w:r w:rsidRPr="00DB4006">
              <w:rPr>
                <w:rFonts w:eastAsia="Arial" w:cs="Arial"/>
                <w:b/>
                <w:sz w:val="18"/>
                <w:szCs w:val="18"/>
                <w:lang w:val="el-GR"/>
              </w:rPr>
              <w:t>Τεκμηρίωση κατανομής προσδοκώμενων εισπρακτέων εσόδων στα έτη 2027 και 2028:</w:t>
            </w:r>
          </w:p>
        </w:tc>
      </w:tr>
    </w:tbl>
    <w:p w14:paraId="3F7D919A" w14:textId="77777777" w:rsidR="005A2EC7" w:rsidRPr="000A73F9" w:rsidRDefault="005A2EC7">
      <w:pPr>
        <w:spacing w:after="0" w:line="120" w:lineRule="auto"/>
        <w:rPr>
          <w:lang w:val="el-GR"/>
        </w:rPr>
      </w:pPr>
    </w:p>
    <w:p w14:paraId="531127D0" w14:textId="77777777" w:rsidR="00826604" w:rsidRPr="00DB4006" w:rsidRDefault="00826604">
      <w:pPr>
        <w:rPr>
          <w:lang w:val="el-GR"/>
        </w:rPr>
        <w:sectPr w:rsidR="00826604" w:rsidRPr="00DB4006" w:rsidSect="00651415">
          <w:footerReference w:type="default" r:id="rId13"/>
          <w:type w:val="continuous"/>
          <w:pgSz w:w="12240" w:h="15840"/>
          <w:pgMar w:top="851" w:right="851" w:bottom="851" w:left="851" w:header="720" w:footer="720" w:gutter="0"/>
          <w:cols w:space="720"/>
          <w:formProt w:val="0"/>
          <w:docGrid w:linePitch="360"/>
        </w:sectPr>
      </w:pPr>
    </w:p>
    <w:p w14:paraId="5EF01142" w14:textId="77777777" w:rsidR="00BF136A" w:rsidRPr="004D25CC" w:rsidRDefault="00BF136A">
      <w:pPr>
        <w:spacing w:after="0" w:line="1" w:lineRule="exact"/>
        <w:rPr>
          <w:lang w:val="el-GR"/>
        </w:rPr>
      </w:pPr>
    </w:p>
    <w:p w14:paraId="05D090D2" w14:textId="77777777" w:rsidR="000A73F9" w:rsidRPr="004D25CC" w:rsidRDefault="000A73F9">
      <w:pPr>
        <w:spacing w:after="0" w:line="1" w:lineRule="exact"/>
        <w:rPr>
          <w:lang w:val="el-GR"/>
        </w:rPr>
      </w:pPr>
    </w:p>
    <w:p w14:paraId="049A5504" w14:textId="77777777" w:rsidR="000A73F9" w:rsidRPr="004D25CC" w:rsidRDefault="000A73F9">
      <w:pPr>
        <w:spacing w:after="0" w:line="1" w:lineRule="exact"/>
        <w:rPr>
          <w:lang w:val="el-GR"/>
        </w:rPr>
      </w:pPr>
    </w:p>
    <w:p w14:paraId="543131AD" w14:textId="77777777" w:rsidR="000A73F9" w:rsidRPr="004D25CC" w:rsidRDefault="000A73F9">
      <w:pPr>
        <w:spacing w:after="0" w:line="1" w:lineRule="exact"/>
        <w:rPr>
          <w:lang w:val="el-GR"/>
        </w:rPr>
        <w:sectPr w:rsidR="000A73F9" w:rsidRPr="004D25CC" w:rsidSect="00651415">
          <w:footerReference w:type="default" r:id="rId14"/>
          <w:type w:val="continuous"/>
          <w:pgSz w:w="12240" w:h="15840"/>
          <w:pgMar w:top="851" w:right="851" w:bottom="851" w:left="851" w:header="720" w:footer="720" w:gutter="0"/>
          <w:cols w:space="720"/>
          <w:formProt w:val="0"/>
          <w:docGrid w:linePitch="360"/>
        </w:sectPr>
      </w:pPr>
    </w:p>
    <w:p w14:paraId="7E4B8EE3" w14:textId="77777777" w:rsidR="007F611D" w:rsidRPr="00F23748" w:rsidRDefault="00F15D16" w:rsidP="007F611D">
      <w:pPr>
        <w:pStyle w:val="21"/>
        <w:rPr>
          <w:lang w:val="el-GR"/>
        </w:rPr>
      </w:pPr>
      <w:r>
        <w:rPr>
          <w:lang w:val="el-GR"/>
        </w:rPr>
        <w:lastRenderedPageBreak/>
        <w:t>3</w:t>
      </w:r>
      <w:r w:rsidR="007F611D" w:rsidRPr="00F23748">
        <w:rPr>
          <w:lang w:val="el-GR"/>
        </w:rPr>
        <w:t>.</w:t>
      </w:r>
      <w:r>
        <w:rPr>
          <w:lang w:val="el-GR"/>
        </w:rPr>
        <w:t>5</w:t>
      </w:r>
      <w:r w:rsidR="007F611D" w:rsidRPr="00F23748">
        <w:rPr>
          <w:lang w:val="el-GR"/>
        </w:rPr>
        <w:t xml:space="preserve">. </w:t>
      </w:r>
      <w:r w:rsidR="007F611D">
        <w:rPr>
          <w:lang w:val="el-GR"/>
        </w:rPr>
        <w:t>Υπολογισμός τελικού ανώτατου ορίου ΟΙΕ 2027</w:t>
      </w:r>
    </w:p>
    <w:tbl>
      <w:tblPr>
        <w:tblW w:w="10500" w:type="dxa"/>
        <w:tblLayout w:type="fixed"/>
        <w:tblLook w:val="04A0" w:firstRow="1" w:lastRow="0" w:firstColumn="1" w:lastColumn="0" w:noHBand="0" w:noVBand="1"/>
      </w:tblPr>
      <w:tblGrid>
        <w:gridCol w:w="8354"/>
        <w:gridCol w:w="2146"/>
      </w:tblGrid>
      <w:tr w:rsidR="0078445C" w:rsidRPr="0078445C" w14:paraId="000A50CE" w14:textId="77777777" w:rsidTr="00567B4C">
        <w:trPr>
          <w:cantSplit/>
          <w:trHeight w:val="315"/>
          <w:tblHeader/>
        </w:trPr>
        <w:tc>
          <w:tcPr>
            <w:tcW w:w="8354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  <w:hideMark/>
          </w:tcPr>
          <w:p w14:paraId="33B5A0E3" w14:textId="77777777" w:rsidR="0078445C" w:rsidRPr="0078445C" w:rsidRDefault="0078445C" w:rsidP="0078445C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l-GR" w:eastAsia="el-GR"/>
              </w:rPr>
            </w:pPr>
            <w:r w:rsidRPr="0078445C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el-GR" w:eastAsia="el-GR"/>
              </w:rPr>
              <w:t>Μέγεθος</w:t>
            </w:r>
          </w:p>
        </w:tc>
        <w:tc>
          <w:tcPr>
            <w:tcW w:w="2146" w:type="dxa"/>
            <w:tcBorders>
              <w:top w:val="single" w:sz="8" w:space="0" w:color="BFBFBF"/>
              <w:left w:val="nil"/>
              <w:bottom w:val="single" w:sz="4" w:space="0" w:color="BFBFBF"/>
              <w:right w:val="single" w:sz="8" w:space="0" w:color="BFBFBF"/>
            </w:tcBorders>
            <w:noWrap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  <w:hideMark/>
          </w:tcPr>
          <w:p w14:paraId="59E9F935" w14:textId="77777777" w:rsidR="0078445C" w:rsidRPr="0078445C" w:rsidRDefault="0078445C" w:rsidP="0078445C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l-GR" w:eastAsia="el-GR"/>
              </w:rPr>
            </w:pPr>
            <w:r w:rsidRPr="0078445C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el-GR" w:eastAsia="el-GR"/>
              </w:rPr>
              <w:t>Ποσό (€)</w:t>
            </w:r>
          </w:p>
        </w:tc>
      </w:tr>
      <w:tr w:rsidR="0078445C" w:rsidRPr="0078445C" w14:paraId="2BB526ED" w14:textId="77777777" w:rsidTr="00567B4C">
        <w:trPr>
          <w:cantSplit/>
          <w:trHeight w:val="403"/>
        </w:trPr>
        <w:tc>
          <w:tcPr>
            <w:tcW w:w="8354" w:type="dxa"/>
            <w:tcBorders>
              <w:top w:val="nil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  <w:hideMark/>
          </w:tcPr>
          <w:p w14:paraId="26CAAD8E" w14:textId="5E3FA183" w:rsidR="0078445C" w:rsidRPr="0078445C" w:rsidRDefault="0078445C" w:rsidP="0078445C">
            <w:pPr>
              <w:spacing w:after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l-GR" w:eastAsia="el-GR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Ανώτατο όριο ΟΙΕ 2027 (3.1)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E7E2C8"/>
            <w:noWrap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  <w:hideMark/>
          </w:tcPr>
          <w:p w14:paraId="4870D556" w14:textId="70B81C72" w:rsidR="00826604" w:rsidRDefault="00EB78F2">
            <w:pPr>
              <w:spacing w:after="0"/>
              <w:jc w:val="right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fldChar w:fldCharType="begin"/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instrText xml:space="preserve"> REF OIE31_D \# "#.##0,00" </w:instrTex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fldChar w:fldCharType="separate"/>
            </w:r>
            <w:r w:rsidR="004D25CC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  0,00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fldChar w:fldCharType="end"/>
            </w:r>
          </w:p>
        </w:tc>
      </w:tr>
      <w:tr w:rsidR="0078445C" w:rsidRPr="00223B9F" w14:paraId="7CB331EF" w14:textId="77777777" w:rsidTr="00567B4C">
        <w:trPr>
          <w:cantSplit/>
          <w:trHeight w:val="403"/>
        </w:trPr>
        <w:tc>
          <w:tcPr>
            <w:tcW w:w="8354" w:type="dxa"/>
            <w:tcBorders>
              <w:top w:val="nil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  <w:hideMark/>
          </w:tcPr>
          <w:p w14:paraId="5FA30E0A" w14:textId="77777777" w:rsidR="0078445C" w:rsidRPr="00567B4C" w:rsidRDefault="0078445C" w:rsidP="0078445C">
            <w:pPr>
              <w:spacing w:after="0"/>
              <w:rPr>
                <w:rFonts w:ascii="Calibri" w:eastAsia="Times New Roman" w:hAnsi="Calibri" w:cs="Calibri"/>
                <w:bCs/>
                <w:sz w:val="24"/>
                <w:szCs w:val="24"/>
                <w:lang w:val="el-GR" w:eastAsia="el-GR"/>
              </w:rPr>
            </w:pPr>
            <w:r w:rsidRPr="00567B4C">
              <w:rPr>
                <w:rFonts w:ascii="Calibri" w:eastAsia="Calibri" w:hAnsi="Calibri" w:cs="Calibri"/>
                <w:bCs/>
                <w:sz w:val="24"/>
                <w:szCs w:val="24"/>
                <w:lang w:val="el-GR"/>
              </w:rPr>
              <w:t>Πρόσθετο ποσό ΟΙΕ λόγω συγχώνευσης νομικών προσώπων (3.2)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E7E2C8"/>
            <w:noWrap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  <w:hideMark/>
          </w:tcPr>
          <w:p w14:paraId="0D5E7B77" w14:textId="6C7B61B6" w:rsidR="00826604" w:rsidRDefault="00EB78F2">
            <w:pPr>
              <w:spacing w:after="0"/>
              <w:jc w:val="right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fldChar w:fldCharType="begin"/>
            </w:r>
            <w:r w:rsidRPr="00B1116F"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  <w:instrText xml:space="preserve"> </w:instrTex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instrText>REF</w:instrText>
            </w:r>
            <w:r w:rsidRPr="00B1116F"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  <w:instrText xml:space="preserve"> </w:instrTex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instrText>OIE</w:instrText>
            </w:r>
            <w:r w:rsidRPr="00B1116F"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  <w:instrText>32_</w:instrTex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instrText>TOTAL</w:instrText>
            </w:r>
            <w:r w:rsidRPr="00B1116F"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  <w:instrText xml:space="preserve"> \# "#.##0,00" </w:instrText>
            </w:r>
            <w:r w:rsidR="00567B4C" w:rsidRPr="00B1116F"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  <w:instrText xml:space="preserve"> \* </w:instrText>
            </w:r>
            <w:r w:rsidR="00567B4C">
              <w:rPr>
                <w:rFonts w:ascii="Calibri" w:eastAsia="Calibri" w:hAnsi="Calibri" w:cs="Calibri"/>
                <w:b/>
                <w:sz w:val="24"/>
                <w:szCs w:val="24"/>
              </w:rPr>
              <w:instrText>MERGEFORMAT</w:instrText>
            </w:r>
            <w:r w:rsidR="00567B4C" w:rsidRPr="00B1116F"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  <w:instrText xml:space="preserve"> </w:instrTex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fldChar w:fldCharType="separate"/>
            </w:r>
            <w:r w:rsidR="004D25CC"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  <w:t xml:space="preserve">   </w:t>
            </w:r>
            <w:r w:rsidR="004D25CC" w:rsidRPr="004D25CC">
              <w:rPr>
                <w:rFonts w:ascii="Calibri" w:eastAsia="Calibri" w:hAnsi="Calibri" w:cs="Calibri"/>
                <w:b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fldChar w:fldCharType="end"/>
            </w:r>
          </w:p>
        </w:tc>
      </w:tr>
      <w:tr w:rsidR="0078445C" w:rsidRPr="00223B9F" w14:paraId="31707A65" w14:textId="77777777" w:rsidTr="00567B4C">
        <w:trPr>
          <w:cantSplit/>
          <w:trHeight w:val="403"/>
        </w:trPr>
        <w:tc>
          <w:tcPr>
            <w:tcW w:w="8354" w:type="dxa"/>
            <w:tcBorders>
              <w:top w:val="nil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  <w:hideMark/>
          </w:tcPr>
          <w:p w14:paraId="018F9663" w14:textId="77777777" w:rsidR="0078445C" w:rsidRPr="00567B4C" w:rsidRDefault="0078445C" w:rsidP="0078445C">
            <w:pPr>
              <w:spacing w:after="0"/>
              <w:rPr>
                <w:rFonts w:ascii="Calibri" w:eastAsia="Times New Roman" w:hAnsi="Calibri" w:cs="Calibri"/>
                <w:bCs/>
                <w:sz w:val="24"/>
                <w:szCs w:val="24"/>
                <w:lang w:val="el-GR" w:eastAsia="el-GR"/>
              </w:rPr>
            </w:pPr>
            <w:r w:rsidRPr="00567B4C">
              <w:rPr>
                <w:rFonts w:ascii="Calibri" w:eastAsia="Calibri" w:hAnsi="Calibri" w:cs="Calibri"/>
                <w:bCs/>
                <w:sz w:val="24"/>
                <w:szCs w:val="24"/>
                <w:lang w:val="el-GR"/>
              </w:rPr>
              <w:t>Πρόσθετο ποσό ΟΙΕ λόγω μεταφοράς στο 2027 της υπολειπόμενης απόδοσης αύξησης τελών του 2026 (3.3)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E7E2C8"/>
            <w:noWrap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  <w:hideMark/>
          </w:tcPr>
          <w:p w14:paraId="7C89117A" w14:textId="41C26B91" w:rsidR="00826604" w:rsidRDefault="00EB78F2">
            <w:pPr>
              <w:spacing w:after="0"/>
              <w:jc w:val="right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fldChar w:fldCharType="begin"/>
            </w:r>
            <w:r w:rsidRPr="00B1116F"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  <w:instrText xml:space="preserve"> </w:instrTex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instrText>REF</w:instrText>
            </w:r>
            <w:r w:rsidRPr="00B1116F"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  <w:instrText xml:space="preserve"> </w:instrTex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instrText>OIE</w:instrText>
            </w:r>
            <w:r w:rsidRPr="00B1116F"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  <w:instrText>33_</w:instrTex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instrText>TOTAL</w:instrText>
            </w:r>
            <w:r w:rsidRPr="00B1116F"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  <w:instrText xml:space="preserve"> \# "#.##0,00" </w:instrText>
            </w:r>
            <w:r w:rsidR="00567B4C" w:rsidRPr="00B1116F"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  <w:instrText xml:space="preserve"> \* </w:instrText>
            </w:r>
            <w:r w:rsidR="00567B4C">
              <w:rPr>
                <w:rFonts w:ascii="Calibri" w:eastAsia="Calibri" w:hAnsi="Calibri" w:cs="Calibri"/>
                <w:b/>
                <w:sz w:val="24"/>
                <w:szCs w:val="24"/>
              </w:rPr>
              <w:instrText>MERGEFORMAT</w:instrText>
            </w:r>
            <w:r w:rsidR="00567B4C" w:rsidRPr="00B1116F"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  <w:instrText xml:space="preserve"> </w:instrTex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fldChar w:fldCharType="separate"/>
            </w:r>
            <w:r w:rsidR="004D25CC"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  <w:t xml:space="preserve">   </w:t>
            </w:r>
            <w:r w:rsidR="004D25CC" w:rsidRPr="004D25CC">
              <w:rPr>
                <w:rFonts w:ascii="Calibri" w:eastAsia="Calibri" w:hAnsi="Calibri" w:cs="Calibri"/>
                <w:b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fldChar w:fldCharType="end"/>
            </w:r>
          </w:p>
        </w:tc>
      </w:tr>
      <w:tr w:rsidR="0078445C" w:rsidRPr="00223B9F" w14:paraId="7B5E478E" w14:textId="77777777" w:rsidTr="00567B4C">
        <w:trPr>
          <w:cantSplit/>
          <w:trHeight w:val="403"/>
        </w:trPr>
        <w:tc>
          <w:tcPr>
            <w:tcW w:w="8354" w:type="dxa"/>
            <w:tcBorders>
              <w:top w:val="nil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  <w:hideMark/>
          </w:tcPr>
          <w:p w14:paraId="43144A7C" w14:textId="77777777" w:rsidR="0078445C" w:rsidRPr="00567B4C" w:rsidRDefault="0078445C" w:rsidP="0078445C">
            <w:pPr>
              <w:spacing w:after="0"/>
              <w:rPr>
                <w:rFonts w:ascii="Calibri" w:eastAsia="Times New Roman" w:hAnsi="Calibri" w:cs="Calibri"/>
                <w:bCs/>
                <w:sz w:val="24"/>
                <w:szCs w:val="24"/>
                <w:lang w:val="el-GR" w:eastAsia="el-GR"/>
              </w:rPr>
            </w:pPr>
            <w:r w:rsidRPr="00567B4C">
              <w:rPr>
                <w:rFonts w:ascii="Calibri" w:eastAsia="Calibri" w:hAnsi="Calibri" w:cs="Calibri"/>
                <w:bCs/>
                <w:sz w:val="24"/>
                <w:szCs w:val="24"/>
                <w:lang w:val="el-GR"/>
              </w:rPr>
              <w:t>Πρόσθετο ποσό ΟΙΕ λόγω λήψης απόφασης αύξησης τελών για το έτος 2027 (3.4)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E7E2C8"/>
            <w:noWrap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  <w:hideMark/>
          </w:tcPr>
          <w:p w14:paraId="7C7A500F" w14:textId="1C6D8342" w:rsidR="00826604" w:rsidRDefault="00EB78F2">
            <w:pPr>
              <w:spacing w:after="0"/>
              <w:jc w:val="right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fldChar w:fldCharType="begin"/>
            </w:r>
            <w:r w:rsidRPr="00B1116F"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  <w:instrText xml:space="preserve"> </w:instrTex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instrText>REF</w:instrText>
            </w:r>
            <w:r w:rsidRPr="00B1116F"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  <w:instrText xml:space="preserve"> </w:instrTex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instrText>OIE</w:instrText>
            </w:r>
            <w:r w:rsidRPr="00B1116F"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  <w:instrText>34_</w:instrTex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instrText>Y</w:instrText>
            </w:r>
            <w:r w:rsidRPr="00B1116F"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  <w:instrText>2027_</w:instrTex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instrText>TOTAL</w:instrText>
            </w:r>
            <w:r w:rsidRPr="00B1116F"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  <w:instrText xml:space="preserve"> \# "#.##0,00" </w:instrText>
            </w:r>
            <w:r w:rsidR="00567B4C" w:rsidRPr="00B1116F"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  <w:instrText xml:space="preserve"> \* </w:instrText>
            </w:r>
            <w:r w:rsidR="00567B4C">
              <w:rPr>
                <w:rFonts w:ascii="Calibri" w:eastAsia="Calibri" w:hAnsi="Calibri" w:cs="Calibri"/>
                <w:b/>
                <w:sz w:val="24"/>
                <w:szCs w:val="24"/>
              </w:rPr>
              <w:instrText>MERGEFORMAT</w:instrText>
            </w:r>
            <w:r w:rsidR="00567B4C" w:rsidRPr="00B1116F"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  <w:instrText xml:space="preserve"> </w:instrTex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fldChar w:fldCharType="separate"/>
            </w:r>
            <w:r w:rsidR="004D25CC"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  <w:t xml:space="preserve">   </w:t>
            </w:r>
            <w:r w:rsidR="004D25CC" w:rsidRPr="004D25CC">
              <w:rPr>
                <w:rFonts w:ascii="Calibri" w:eastAsia="Calibri" w:hAnsi="Calibri" w:cs="Calibri"/>
                <w:b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fldChar w:fldCharType="end"/>
            </w:r>
          </w:p>
        </w:tc>
      </w:tr>
      <w:tr w:rsidR="0078445C" w:rsidRPr="0078445C" w14:paraId="71FBB5CC" w14:textId="77777777" w:rsidTr="00567B4C">
        <w:trPr>
          <w:cantSplit/>
          <w:trHeight w:val="403"/>
        </w:trPr>
        <w:tc>
          <w:tcPr>
            <w:tcW w:w="8354" w:type="dxa"/>
            <w:tcBorders>
              <w:top w:val="nil"/>
              <w:left w:val="single" w:sz="8" w:space="0" w:color="BFBFBF"/>
              <w:bottom w:val="single" w:sz="8" w:space="0" w:color="BFBFBF"/>
              <w:right w:val="single" w:sz="4" w:space="0" w:color="BFBFBF"/>
            </w:tcBorders>
            <w:shd w:val="clear" w:color="auto" w:fill="F2F2F2" w:themeFill="background1" w:themeFillShade="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  <w:hideMark/>
          </w:tcPr>
          <w:p w14:paraId="6AEC1961" w14:textId="77777777" w:rsidR="00826604" w:rsidRDefault="00EB78F2">
            <w:pPr>
              <w:spacing w:after="0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Σύνοψη (3.1+3.2+3.3+3.4)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 w:themeFill="background1" w:themeFillShade="F2"/>
            <w:noWrap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  <w:hideMark/>
          </w:tcPr>
          <w:p w14:paraId="7E9695BF" w14:textId="534D7A13" w:rsidR="00826604" w:rsidRDefault="00EB78F2">
            <w:pPr>
              <w:spacing w:after="0"/>
              <w:jc w:val="right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fldChar w:fldCharType="begin"/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instrText xml:space="preserve"> =B2+B3+B4+B5 \# "#.##0,00" </w:instrTex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fldChar w:fldCharType="separate"/>
            </w:r>
            <w:r w:rsidR="004D25CC">
              <w:rPr>
                <w:rFonts w:ascii="Calibri" w:eastAsia="Calibri" w:hAnsi="Calibri" w:cs="Calibri"/>
                <w:b/>
                <w:noProof/>
                <w:sz w:val="24"/>
                <w:szCs w:val="24"/>
              </w:rPr>
              <w:t xml:space="preserve">   0,00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fldChar w:fldCharType="end"/>
            </w:r>
          </w:p>
        </w:tc>
      </w:tr>
    </w:tbl>
    <w:p w14:paraId="607A4539" w14:textId="77777777" w:rsidR="00826604" w:rsidRDefault="00826604"/>
    <w:tbl>
      <w:tblPr>
        <w:tblW w:w="0" w:type="auto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0500"/>
      </w:tblGrid>
      <w:tr w:rsidR="00826604" w:rsidRPr="009F5AA6" w14:paraId="225F231D" w14:textId="77777777">
        <w:tc>
          <w:tcPr>
            <w:tcW w:w="10500" w:type="dxa"/>
            <w:shd w:val="clear" w:color="auto" w:fill="DDEBF7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4DBE8E1F" w14:textId="77777777" w:rsidR="00826604" w:rsidRPr="00DB4006" w:rsidRDefault="00EB78F2">
            <w:pPr>
              <w:spacing w:after="0"/>
              <w:rPr>
                <w:lang w:val="el-GR"/>
              </w:rPr>
            </w:pPr>
            <w:r w:rsidRPr="00DB4006">
              <w:rPr>
                <w:rFonts w:ascii="Calibri" w:eastAsia="Calibri" w:hAnsi="Calibri" w:cs="Calibri"/>
                <w:b/>
                <w:color w:val="1F4E79"/>
                <w:sz w:val="22"/>
                <w:lang w:val="el-GR"/>
              </w:rPr>
              <w:t>Ενδεχόμενες παρατηρήσεις επί του υπολογισμού του ανώτατου ορίου ΟΙΕ</w:t>
            </w:r>
          </w:p>
        </w:tc>
      </w:tr>
      <w:tr w:rsidR="00826604" w:rsidRPr="009F5AA6" w14:paraId="52E5A9D7" w14:textId="77777777">
        <w:trPr>
          <w:trHeight w:val="1500"/>
        </w:trPr>
        <w:tc>
          <w:tcPr>
            <w:tcW w:w="105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BBDFAF7" w14:textId="77777777" w:rsidR="002C40B3" w:rsidRPr="00E6654C" w:rsidRDefault="002C40B3">
            <w:pPr>
              <w:spacing w:after="0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bookmarkStart w:id="207" w:name="COMMENTS_SEC3"/>
          </w:p>
          <w:p w14:paraId="36D2DFEF" w14:textId="7466830A" w:rsidR="00826604" w:rsidRPr="00DB4006" w:rsidRDefault="00EB78F2">
            <w:pPr>
              <w:spacing w:after="0"/>
              <w:rPr>
                <w:lang w:val="el-GR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COMMENTS_SEC3"/>
                  <w:enabled/>
                  <w:calcOnExit/>
                  <w:textInput/>
                </w:ffData>
              </w:fldChar>
            </w:r>
            <w:r w:rsidRPr="00DB4006">
              <w:rPr>
                <w:rFonts w:ascii="Calibri" w:eastAsia="Calibri" w:hAnsi="Calibri" w:cs="Calibri"/>
                <w:sz w:val="24"/>
                <w:szCs w:val="24"/>
                <w:lang w:val="el-GR"/>
              </w:rPr>
              <w:instrText xml:space="preserve">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>FORMTEXT</w:instrText>
            </w:r>
            <w:r w:rsidRPr="00DB4006">
              <w:rPr>
                <w:rFonts w:ascii="Calibri" w:eastAsia="Calibri" w:hAnsi="Calibri" w:cs="Calibri"/>
                <w:sz w:val="24"/>
                <w:szCs w:val="24"/>
                <w:lang w:val="el-GR"/>
              </w:rPr>
              <w:instrText xml:space="preserve">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207"/>
          </w:p>
        </w:tc>
      </w:tr>
    </w:tbl>
    <w:p w14:paraId="4FB18B06" w14:textId="77777777" w:rsidR="00826604" w:rsidRPr="00DB4006" w:rsidRDefault="00826604">
      <w:pPr>
        <w:spacing w:before="720" w:after="240" w:line="20" w:lineRule="exact"/>
        <w:rPr>
          <w:lang w:val="el-GR"/>
        </w:rPr>
      </w:pPr>
    </w:p>
    <w:p w14:paraId="692F50ED" w14:textId="77777777" w:rsidR="00826604" w:rsidRDefault="00826604">
      <w:pPr>
        <w:spacing w:after="0" w:line="20" w:lineRule="exact"/>
        <w:rPr>
          <w:lang w:val="el-GR"/>
        </w:rPr>
      </w:pPr>
    </w:p>
    <w:p w14:paraId="0EB33F2A" w14:textId="77777777" w:rsidR="00BF136A" w:rsidRPr="006D0CC0" w:rsidRDefault="00BF136A">
      <w:pPr>
        <w:spacing w:after="0"/>
        <w:rPr>
          <w:lang w:val="el-GR"/>
        </w:rPr>
        <w:sectPr w:rsidR="00BF136A" w:rsidRPr="006D0CC0" w:rsidSect="00651415">
          <w:footerReference w:type="default" r:id="rId15"/>
          <w:pgSz w:w="12240" w:h="15840"/>
          <w:pgMar w:top="851" w:right="851" w:bottom="851" w:left="851" w:header="720" w:footer="720" w:gutter="0"/>
          <w:cols w:space="720"/>
          <w:docGrid w:linePitch="360"/>
        </w:sectPr>
      </w:pPr>
    </w:p>
    <w:p w14:paraId="0D8AD5F9" w14:textId="4D3A2756" w:rsidR="00BF136A" w:rsidRPr="006D0CC0" w:rsidRDefault="00A6284C" w:rsidP="00DC6961">
      <w:pPr>
        <w:pStyle w:val="1"/>
        <w:spacing w:before="0" w:after="80"/>
        <w:jc w:val="both"/>
        <w:rPr>
          <w:lang w:val="el-GR"/>
        </w:rPr>
      </w:pPr>
      <w:r w:rsidRPr="006D0CC0">
        <w:rPr>
          <w:rFonts w:ascii="Calibri" w:eastAsia="Calibri" w:hAnsi="Calibri"/>
          <w:color w:val="FFFFFF"/>
          <w:sz w:val="24"/>
          <w:lang w:val="el-GR"/>
        </w:rPr>
        <w:t>4</w:t>
      </w:r>
      <w:r w:rsidR="002E70FD">
        <w:rPr>
          <w:rFonts w:ascii="Calibri" w:eastAsia="Calibri" w:hAnsi="Calibri"/>
          <w:color w:val="FFFFFF"/>
          <w:sz w:val="24"/>
          <w:lang w:val="el-GR"/>
        </w:rPr>
        <w:t>. Χειρισμός ενδεχόμενων υποχρεώσεων καθ’ υπέρβαση των πιστώσεων του προϋπολογισμού</w:t>
      </w:r>
    </w:p>
    <w:p w14:paraId="27C8D7B0" w14:textId="77777777" w:rsidR="00E677E9" w:rsidRPr="00DC6961" w:rsidRDefault="00E677E9" w:rsidP="00B639C3">
      <w:pPr>
        <w:rPr>
          <w:rFonts w:asciiTheme="majorHAnsi" w:eastAsia="Calibri" w:hAnsiTheme="majorHAnsi" w:cstheme="majorHAnsi"/>
          <w:color w:val="1F4E78"/>
          <w:sz w:val="24"/>
          <w:szCs w:val="24"/>
          <w:lang w:val="el-GR"/>
        </w:rPr>
      </w:pPr>
    </w:p>
    <w:p w14:paraId="01894FF6" w14:textId="77777777" w:rsidR="00DC6961" w:rsidRDefault="00DC6961" w:rsidP="00DC6961">
      <w:pPr>
        <w:pStyle w:val="21"/>
        <w:spacing w:before="0" w:after="40"/>
        <w:rPr>
          <w:rFonts w:ascii="Calibri" w:eastAsia="Calibri" w:hAnsi="Calibri"/>
          <w:color w:val="1F4E78"/>
          <w:lang w:val="el-GR"/>
        </w:rPr>
      </w:pPr>
      <w:r w:rsidRPr="006D0CC0">
        <w:rPr>
          <w:rFonts w:ascii="Calibri" w:eastAsia="Calibri" w:hAnsi="Calibri"/>
          <w:color w:val="1F4E78"/>
          <w:lang w:val="el-GR"/>
        </w:rPr>
        <w:t xml:space="preserve">4.1. </w:t>
      </w:r>
      <w:r>
        <w:rPr>
          <w:rFonts w:ascii="Calibri" w:eastAsia="Calibri" w:hAnsi="Calibri"/>
          <w:color w:val="1F4E78"/>
          <w:lang w:val="el-GR"/>
        </w:rPr>
        <w:t>Α</w:t>
      </w:r>
      <w:r w:rsidRPr="002E70FD">
        <w:rPr>
          <w:rFonts w:ascii="Calibri" w:eastAsia="Calibri" w:hAnsi="Calibri"/>
          <w:color w:val="1F4E78"/>
          <w:lang w:val="el-GR"/>
        </w:rPr>
        <w:t xml:space="preserve">πλήρωτες υποχρεώσεις </w:t>
      </w:r>
      <w:r>
        <w:rPr>
          <w:rFonts w:ascii="Calibri" w:eastAsia="Calibri" w:hAnsi="Calibri"/>
          <w:color w:val="1F4E78"/>
          <w:lang w:val="el-GR"/>
        </w:rPr>
        <w:t>μη δηλωμένες στον Κόμβο Οικονομικής Πληροφόρησης</w:t>
      </w:r>
    </w:p>
    <w:p w14:paraId="0BCD5441" w14:textId="77777777" w:rsidR="00DC6961" w:rsidRPr="002E70FD" w:rsidRDefault="00DC6961" w:rsidP="00DC6961">
      <w:pPr>
        <w:spacing w:after="120"/>
        <w:rPr>
          <w:rFonts w:ascii="Calibri" w:hAnsi="Calibri" w:cs="Calibri"/>
          <w:b/>
          <w:sz w:val="24"/>
          <w:szCs w:val="24"/>
          <w:lang w:val="el-GR"/>
        </w:rPr>
      </w:pPr>
      <w:r>
        <w:rPr>
          <w:rFonts w:ascii="Calibri" w:hAnsi="Calibri" w:cs="Calibri"/>
          <w:b/>
          <w:sz w:val="24"/>
          <w:szCs w:val="24"/>
          <w:lang w:val="el-GR"/>
        </w:rPr>
        <w:t>Υφίστανται κατά την τελευταία ημέρα του μήνα αναφοράς απλήρωτες που δεν έχουν δηλωθεί στην αναφορά «Στοιχεία Μητρώου Δεσμεύσεων» του Κόμβου Οικονομικής Πληροφόρησης</w:t>
      </w:r>
      <w:r w:rsidRPr="00F23748">
        <w:rPr>
          <w:rFonts w:ascii="Calibri" w:hAnsi="Calibri" w:cs="Calibri"/>
          <w:b/>
          <w:sz w:val="24"/>
          <w:szCs w:val="24"/>
          <w:lang w:val="el-GR"/>
        </w:rPr>
        <w:t>;</w:t>
      </w:r>
    </w:p>
    <w:p w14:paraId="5F260AD1" w14:textId="77777777" w:rsidR="00DC6961" w:rsidRDefault="00DC6961" w:rsidP="00DC6961">
      <w:pPr>
        <w:spacing w:after="120"/>
        <w:rPr>
          <w:rFonts w:ascii="Calibri" w:hAnsi="Calibri" w:cs="Calibri"/>
          <w:sz w:val="24"/>
          <w:szCs w:val="24"/>
          <w:lang w:val="el-GR"/>
        </w:rPr>
      </w:pPr>
      <w:r>
        <w:rPr>
          <w:rFonts w:ascii="Calibri" w:eastAsia="Calibri" w:hAnsi="Calibri" w:cs="Calibri"/>
          <w:sz w:val="24"/>
          <w:szCs w:val="24"/>
        </w:rPr>
        <w:fldChar w:fldCharType="begin">
          <w:ffData>
            <w:name w:val="CHECK41_NAI"/>
            <w:enabled/>
            <w:calcOnExit/>
            <w:checkBox>
              <w:sizeAuto/>
              <w:default w:val="0"/>
              <w:checked w:val="0"/>
            </w:checkBox>
          </w:ffData>
        </w:fldChar>
      </w:r>
      <w:r w:rsidRPr="00DB4006">
        <w:rPr>
          <w:rFonts w:ascii="Calibri" w:eastAsia="Calibri" w:hAnsi="Calibri" w:cs="Calibri"/>
          <w:sz w:val="24"/>
          <w:szCs w:val="24"/>
          <w:lang w:val="el-GR"/>
        </w:rPr>
        <w:instrText xml:space="preserve"> </w:instrText>
      </w:r>
      <w:r>
        <w:rPr>
          <w:rFonts w:ascii="Calibri" w:eastAsia="Calibri" w:hAnsi="Calibri" w:cs="Calibri"/>
          <w:sz w:val="24"/>
          <w:szCs w:val="24"/>
        </w:rPr>
        <w:instrText>FORMCHECKBOX</w:instrText>
      </w:r>
      <w:r w:rsidRPr="00DB4006">
        <w:rPr>
          <w:rFonts w:ascii="Calibri" w:eastAsia="Calibri" w:hAnsi="Calibri" w:cs="Calibri"/>
          <w:sz w:val="24"/>
          <w:szCs w:val="24"/>
          <w:lang w:val="el-GR"/>
        </w:rPr>
        <w:instrText xml:space="preserve"> </w:instrText>
      </w:r>
      <w:r>
        <w:rPr>
          <w:rFonts w:ascii="Calibri" w:eastAsia="Calibri" w:hAnsi="Calibri" w:cs="Calibri"/>
          <w:sz w:val="24"/>
          <w:szCs w:val="24"/>
        </w:rPr>
      </w:r>
      <w:r>
        <w:rPr>
          <w:rFonts w:ascii="Calibri" w:eastAsia="Calibri" w:hAnsi="Calibri" w:cs="Calibri"/>
          <w:sz w:val="24"/>
          <w:szCs w:val="24"/>
        </w:rPr>
        <w:fldChar w:fldCharType="separate"/>
      </w:r>
      <w:r>
        <w:rPr>
          <w:rFonts w:ascii="Calibri" w:eastAsia="Calibri" w:hAnsi="Calibri" w:cs="Calibri"/>
          <w:sz w:val="24"/>
          <w:szCs w:val="24"/>
        </w:rPr>
        <w:fldChar w:fldCharType="end"/>
      </w:r>
      <w:r w:rsidRPr="00DB4006">
        <w:rPr>
          <w:rFonts w:ascii="Calibri" w:eastAsia="Calibri" w:hAnsi="Calibri" w:cs="Calibri"/>
          <w:color w:val="1F4E78"/>
          <w:sz w:val="24"/>
          <w:szCs w:val="24"/>
          <w:lang w:val="el-GR"/>
        </w:rPr>
        <w:t xml:space="preserve"> </w:t>
      </w:r>
      <w:r w:rsidRPr="00E146F2">
        <w:rPr>
          <w:rFonts w:ascii="Calibri" w:eastAsia="Calibri" w:hAnsi="Calibri" w:cs="Calibri"/>
          <w:color w:val="C00000"/>
          <w:sz w:val="24"/>
          <w:szCs w:val="24"/>
          <w:lang w:val="el-GR"/>
        </w:rPr>
        <w:t xml:space="preserve">ΝΑΙ =&gt; </w:t>
      </w:r>
      <w:r>
        <w:rPr>
          <w:rFonts w:ascii="Calibri" w:eastAsia="Calibri" w:hAnsi="Calibri" w:cs="Calibri"/>
          <w:color w:val="C00000"/>
          <w:sz w:val="24"/>
          <w:szCs w:val="24"/>
          <w:lang w:val="el-GR"/>
        </w:rPr>
        <w:t>Πρέπει άμεσα να ενημερωθεί ο Κόμβος με τα ορθά στοιχεία</w:t>
      </w:r>
      <w:r w:rsidRPr="00E146F2">
        <w:rPr>
          <w:rFonts w:ascii="Calibri" w:eastAsia="Calibri" w:hAnsi="Calibri" w:cs="Calibri"/>
          <w:color w:val="C00000"/>
          <w:sz w:val="24"/>
          <w:szCs w:val="24"/>
          <w:lang w:val="el-GR"/>
        </w:rPr>
        <w:t>.</w:t>
      </w:r>
    </w:p>
    <w:p w14:paraId="5179EB06" w14:textId="77777777" w:rsidR="00DC6961" w:rsidRDefault="00DC6961" w:rsidP="00DC6961">
      <w:pPr>
        <w:rPr>
          <w:rFonts w:asciiTheme="majorHAnsi" w:hAnsiTheme="majorHAnsi" w:cstheme="majorHAnsi"/>
          <w:color w:val="1F4E78"/>
          <w:sz w:val="24"/>
          <w:szCs w:val="24"/>
          <w:lang w:val="el-GR"/>
        </w:rPr>
      </w:pPr>
      <w:r w:rsidRPr="00B639C3">
        <w:rPr>
          <w:rFonts w:asciiTheme="majorHAnsi" w:eastAsia="Calibri" w:hAnsiTheme="majorHAnsi" w:cstheme="majorHAnsi"/>
          <w:sz w:val="24"/>
          <w:szCs w:val="24"/>
        </w:rPr>
        <w:fldChar w:fldCharType="begin">
          <w:ffData>
            <w:name w:val="CHECK41_OXI"/>
            <w:enabled/>
            <w:calcOnExit/>
            <w:checkBox>
              <w:sizeAuto/>
              <w:default w:val="0"/>
              <w:checked w:val="0"/>
            </w:checkBox>
          </w:ffData>
        </w:fldChar>
      </w:r>
      <w:r w:rsidRPr="00B639C3">
        <w:rPr>
          <w:rFonts w:asciiTheme="majorHAnsi" w:eastAsia="Calibri" w:hAnsiTheme="majorHAnsi" w:cstheme="majorHAnsi"/>
          <w:sz w:val="24"/>
          <w:szCs w:val="24"/>
          <w:lang w:val="el-GR"/>
        </w:rPr>
        <w:instrText xml:space="preserve"> </w:instrText>
      </w:r>
      <w:r w:rsidRPr="00B639C3">
        <w:rPr>
          <w:rFonts w:asciiTheme="majorHAnsi" w:eastAsia="Calibri" w:hAnsiTheme="majorHAnsi" w:cstheme="majorHAnsi"/>
          <w:sz w:val="24"/>
          <w:szCs w:val="24"/>
        </w:rPr>
        <w:instrText>FORMCHECKBOX</w:instrText>
      </w:r>
      <w:r w:rsidRPr="00B639C3">
        <w:rPr>
          <w:rFonts w:asciiTheme="majorHAnsi" w:eastAsia="Calibri" w:hAnsiTheme="majorHAnsi" w:cstheme="majorHAnsi"/>
          <w:sz w:val="24"/>
          <w:szCs w:val="24"/>
          <w:lang w:val="el-GR"/>
        </w:rPr>
        <w:instrText xml:space="preserve"> </w:instrText>
      </w:r>
      <w:r w:rsidRPr="00B639C3">
        <w:rPr>
          <w:rFonts w:asciiTheme="majorHAnsi" w:eastAsia="Calibri" w:hAnsiTheme="majorHAnsi" w:cstheme="majorHAnsi"/>
          <w:sz w:val="24"/>
          <w:szCs w:val="24"/>
        </w:rPr>
      </w:r>
      <w:r w:rsidRPr="00B639C3">
        <w:rPr>
          <w:rFonts w:asciiTheme="majorHAnsi" w:eastAsia="Calibri" w:hAnsiTheme="majorHAnsi" w:cstheme="majorHAnsi"/>
          <w:sz w:val="24"/>
          <w:szCs w:val="24"/>
        </w:rPr>
        <w:fldChar w:fldCharType="separate"/>
      </w:r>
      <w:r w:rsidRPr="00B639C3">
        <w:rPr>
          <w:rFonts w:asciiTheme="majorHAnsi" w:eastAsia="Calibri" w:hAnsiTheme="majorHAnsi" w:cstheme="majorHAnsi"/>
          <w:sz w:val="24"/>
          <w:szCs w:val="24"/>
        </w:rPr>
        <w:fldChar w:fldCharType="end"/>
      </w:r>
      <w:r w:rsidRPr="00B639C3">
        <w:rPr>
          <w:rFonts w:asciiTheme="majorHAnsi" w:eastAsia="Calibri" w:hAnsiTheme="majorHAnsi" w:cstheme="majorHAnsi"/>
          <w:color w:val="C00000"/>
          <w:sz w:val="24"/>
          <w:szCs w:val="24"/>
          <w:lang w:val="el-GR"/>
        </w:rPr>
        <w:t xml:space="preserve"> </w:t>
      </w:r>
      <w:r w:rsidRPr="00B639C3">
        <w:rPr>
          <w:rFonts w:asciiTheme="majorHAnsi" w:hAnsiTheme="majorHAnsi" w:cstheme="majorHAnsi"/>
          <w:color w:val="1F4E78"/>
          <w:sz w:val="24"/>
          <w:szCs w:val="24"/>
          <w:lang w:val="el-GR"/>
        </w:rPr>
        <w:t>ΟΧΙ =&gt; Μετάβαση στην ενότητα 4.2.</w:t>
      </w:r>
    </w:p>
    <w:p w14:paraId="1F2FA2E8" w14:textId="77777777" w:rsidR="00DC6961" w:rsidRPr="00DC6961" w:rsidRDefault="00DC6961" w:rsidP="00B639C3">
      <w:pPr>
        <w:rPr>
          <w:rFonts w:asciiTheme="majorHAnsi" w:eastAsia="Calibri" w:hAnsiTheme="majorHAnsi" w:cstheme="majorHAnsi"/>
          <w:color w:val="1F4E78"/>
          <w:sz w:val="24"/>
          <w:szCs w:val="24"/>
          <w:lang w:val="el-GR"/>
        </w:rPr>
      </w:pPr>
    </w:p>
    <w:p w14:paraId="5F07451D" w14:textId="77777777" w:rsidR="00BF136A" w:rsidRDefault="00A6284C">
      <w:pPr>
        <w:pStyle w:val="21"/>
        <w:spacing w:before="0" w:after="40"/>
        <w:rPr>
          <w:rFonts w:ascii="Calibri" w:eastAsia="Calibri" w:hAnsi="Calibri"/>
          <w:color w:val="1F4E78"/>
          <w:lang w:val="el-GR"/>
        </w:rPr>
      </w:pPr>
      <w:r w:rsidRPr="006D0CC0">
        <w:rPr>
          <w:rFonts w:ascii="Calibri" w:eastAsia="Calibri" w:hAnsi="Calibri"/>
          <w:color w:val="1F4E78"/>
          <w:lang w:val="el-GR"/>
        </w:rPr>
        <w:t>4.</w:t>
      </w:r>
      <w:r w:rsidR="00E146F2">
        <w:rPr>
          <w:rFonts w:ascii="Calibri" w:eastAsia="Calibri" w:hAnsi="Calibri"/>
          <w:color w:val="1F4E78"/>
          <w:lang w:val="el-GR"/>
        </w:rPr>
        <w:t>2</w:t>
      </w:r>
      <w:r w:rsidRPr="006D0CC0">
        <w:rPr>
          <w:rFonts w:ascii="Calibri" w:eastAsia="Calibri" w:hAnsi="Calibri"/>
          <w:color w:val="1F4E78"/>
          <w:lang w:val="el-GR"/>
        </w:rPr>
        <w:t xml:space="preserve">. </w:t>
      </w:r>
      <w:r w:rsidR="002E70FD">
        <w:rPr>
          <w:rFonts w:ascii="Calibri" w:eastAsia="Calibri" w:hAnsi="Calibri"/>
          <w:color w:val="1F4E78"/>
          <w:lang w:val="el-GR"/>
        </w:rPr>
        <w:t>Α</w:t>
      </w:r>
      <w:r w:rsidR="002E70FD" w:rsidRPr="002E70FD">
        <w:rPr>
          <w:rFonts w:ascii="Calibri" w:eastAsia="Calibri" w:hAnsi="Calibri"/>
          <w:color w:val="1F4E78"/>
          <w:lang w:val="el-GR"/>
        </w:rPr>
        <w:t>πλήρωτες υποχρεώσεις καθ' υπέρβαση των εγκεκριμένων πιστώσεων του προϋπολογισμού</w:t>
      </w:r>
    </w:p>
    <w:p w14:paraId="34F362FF" w14:textId="77777777" w:rsidR="002E70FD" w:rsidRPr="002E70FD" w:rsidRDefault="002E70FD" w:rsidP="002E70FD">
      <w:pPr>
        <w:spacing w:after="120"/>
        <w:rPr>
          <w:rFonts w:ascii="Calibri" w:hAnsi="Calibri" w:cs="Calibri"/>
          <w:b/>
          <w:sz w:val="24"/>
          <w:szCs w:val="24"/>
          <w:lang w:val="el-GR"/>
        </w:rPr>
      </w:pPr>
      <w:r>
        <w:rPr>
          <w:rFonts w:ascii="Calibri" w:hAnsi="Calibri" w:cs="Calibri"/>
          <w:b/>
          <w:sz w:val="24"/>
          <w:szCs w:val="24"/>
          <w:lang w:val="el-GR"/>
        </w:rPr>
        <w:t xml:space="preserve">Υφίστανται κατά την τελευταία ημέρα του μήνα αναφοράς απλήρωτες υποχρεώσεις καθ’ υπέρβαση των εγκεκριμένων </w:t>
      </w:r>
      <w:r w:rsidRPr="002E70FD">
        <w:rPr>
          <w:rFonts w:ascii="Calibri" w:hAnsi="Calibri" w:cs="Calibri"/>
          <w:b/>
          <w:sz w:val="24"/>
          <w:szCs w:val="24"/>
          <w:lang w:val="el-GR"/>
        </w:rPr>
        <w:t>πιστώσεων του εκτελούμενου προϋπολογισμού</w:t>
      </w:r>
      <w:r>
        <w:rPr>
          <w:rFonts w:ascii="Calibri" w:hAnsi="Calibri" w:cs="Calibri"/>
          <w:b/>
          <w:sz w:val="24"/>
          <w:szCs w:val="24"/>
          <w:lang w:val="el-GR"/>
        </w:rPr>
        <w:t xml:space="preserve">  </w:t>
      </w:r>
      <w:r w:rsidRPr="00F23748">
        <w:rPr>
          <w:rFonts w:ascii="Calibri" w:hAnsi="Calibri" w:cs="Calibri"/>
          <w:b/>
          <w:sz w:val="24"/>
          <w:szCs w:val="24"/>
          <w:lang w:val="el-GR"/>
        </w:rPr>
        <w:t>;</w:t>
      </w:r>
    </w:p>
    <w:p w14:paraId="782994F8" w14:textId="77777777" w:rsidR="002E70FD" w:rsidRDefault="002E70FD" w:rsidP="002E70FD">
      <w:pPr>
        <w:spacing w:after="120"/>
        <w:rPr>
          <w:rFonts w:ascii="Calibri" w:hAnsi="Calibri" w:cs="Calibri"/>
          <w:sz w:val="24"/>
          <w:szCs w:val="24"/>
          <w:lang w:val="el-GR"/>
        </w:rPr>
      </w:pPr>
      <w:r>
        <w:rPr>
          <w:rFonts w:ascii="Calibri" w:eastAsia="Calibri" w:hAnsi="Calibri" w:cs="Calibri"/>
          <w:sz w:val="24"/>
          <w:szCs w:val="24"/>
        </w:rPr>
        <w:fldChar w:fldCharType="begin">
          <w:ffData>
            <w:name w:val="CHECK42_NAI"/>
            <w:enabled/>
            <w:calcOnExit/>
            <w:checkBox>
              <w:sizeAuto/>
              <w:default w:val="0"/>
              <w:checked w:val="0"/>
            </w:checkBox>
          </w:ffData>
        </w:fldChar>
      </w:r>
      <w:r w:rsidRPr="00DB4006">
        <w:rPr>
          <w:rFonts w:ascii="Calibri" w:eastAsia="Calibri" w:hAnsi="Calibri" w:cs="Calibri"/>
          <w:sz w:val="24"/>
          <w:szCs w:val="24"/>
          <w:lang w:val="el-GR"/>
        </w:rPr>
        <w:instrText xml:space="preserve"> </w:instrText>
      </w:r>
      <w:r>
        <w:rPr>
          <w:rFonts w:ascii="Calibri" w:eastAsia="Calibri" w:hAnsi="Calibri" w:cs="Calibri"/>
          <w:sz w:val="24"/>
          <w:szCs w:val="24"/>
        </w:rPr>
        <w:instrText>FORMCHECKBOX</w:instrText>
      </w:r>
      <w:r w:rsidRPr="00DB4006">
        <w:rPr>
          <w:rFonts w:ascii="Calibri" w:eastAsia="Calibri" w:hAnsi="Calibri" w:cs="Calibri"/>
          <w:sz w:val="24"/>
          <w:szCs w:val="24"/>
          <w:lang w:val="el-GR"/>
        </w:rPr>
        <w:instrText xml:space="preserve"> </w:instrText>
      </w:r>
      <w:r>
        <w:rPr>
          <w:rFonts w:ascii="Calibri" w:eastAsia="Calibri" w:hAnsi="Calibri" w:cs="Calibri"/>
          <w:sz w:val="24"/>
          <w:szCs w:val="24"/>
        </w:rPr>
      </w:r>
      <w:r>
        <w:rPr>
          <w:rFonts w:ascii="Calibri" w:eastAsia="Calibri" w:hAnsi="Calibri" w:cs="Calibri"/>
          <w:sz w:val="24"/>
          <w:szCs w:val="24"/>
        </w:rPr>
        <w:fldChar w:fldCharType="separate"/>
      </w:r>
      <w:r>
        <w:rPr>
          <w:rFonts w:ascii="Calibri" w:eastAsia="Calibri" w:hAnsi="Calibri" w:cs="Calibri"/>
          <w:sz w:val="24"/>
          <w:szCs w:val="24"/>
        </w:rPr>
        <w:fldChar w:fldCharType="end"/>
      </w:r>
      <w:r w:rsidRPr="00DB4006">
        <w:rPr>
          <w:rFonts w:ascii="Calibri" w:eastAsia="Calibri" w:hAnsi="Calibri" w:cs="Calibri"/>
          <w:color w:val="1F4E78"/>
          <w:sz w:val="24"/>
          <w:szCs w:val="24"/>
          <w:lang w:val="el-GR"/>
        </w:rPr>
        <w:t xml:space="preserve"> ΝΑΙ =&gt; Συμπληρώνεται ο ακόλουθος πίνακας.</w:t>
      </w:r>
    </w:p>
    <w:p w14:paraId="6E44E11B" w14:textId="77777777" w:rsidR="002E70FD" w:rsidRPr="002E70FD" w:rsidRDefault="002E70FD" w:rsidP="002E70FD">
      <w:pPr>
        <w:spacing w:after="120"/>
        <w:rPr>
          <w:rFonts w:ascii="Calibri" w:eastAsia="Calibri" w:hAnsi="Calibri" w:cs="Calibri"/>
          <w:color w:val="C00000"/>
          <w:sz w:val="24"/>
          <w:szCs w:val="24"/>
          <w:lang w:val="el-GR"/>
        </w:rPr>
      </w:pPr>
      <w:r>
        <w:rPr>
          <w:rFonts w:ascii="Calibri" w:eastAsia="Calibri" w:hAnsi="Calibri" w:cs="Calibri"/>
          <w:sz w:val="24"/>
          <w:szCs w:val="24"/>
        </w:rPr>
        <w:fldChar w:fldCharType="begin">
          <w:ffData>
            <w:name w:val="CHECK42_OXI"/>
            <w:enabled/>
            <w:calcOnExit/>
            <w:checkBox>
              <w:sizeAuto/>
              <w:default w:val="0"/>
              <w:checked w:val="0"/>
            </w:checkBox>
          </w:ffData>
        </w:fldChar>
      </w:r>
      <w:r w:rsidRPr="00DB4006">
        <w:rPr>
          <w:rFonts w:ascii="Calibri" w:eastAsia="Calibri" w:hAnsi="Calibri" w:cs="Calibri"/>
          <w:sz w:val="24"/>
          <w:szCs w:val="24"/>
          <w:lang w:val="el-GR"/>
        </w:rPr>
        <w:instrText xml:space="preserve"> </w:instrText>
      </w:r>
      <w:r>
        <w:rPr>
          <w:rFonts w:ascii="Calibri" w:eastAsia="Calibri" w:hAnsi="Calibri" w:cs="Calibri"/>
          <w:sz w:val="24"/>
          <w:szCs w:val="24"/>
        </w:rPr>
        <w:instrText>FORMCHECKBOX</w:instrText>
      </w:r>
      <w:r w:rsidRPr="00DB4006">
        <w:rPr>
          <w:rFonts w:ascii="Calibri" w:eastAsia="Calibri" w:hAnsi="Calibri" w:cs="Calibri"/>
          <w:sz w:val="24"/>
          <w:szCs w:val="24"/>
          <w:lang w:val="el-GR"/>
        </w:rPr>
        <w:instrText xml:space="preserve"> </w:instrText>
      </w:r>
      <w:r>
        <w:rPr>
          <w:rFonts w:ascii="Calibri" w:eastAsia="Calibri" w:hAnsi="Calibri" w:cs="Calibri"/>
          <w:sz w:val="24"/>
          <w:szCs w:val="24"/>
        </w:rPr>
      </w:r>
      <w:r>
        <w:rPr>
          <w:rFonts w:ascii="Calibri" w:eastAsia="Calibri" w:hAnsi="Calibri" w:cs="Calibri"/>
          <w:sz w:val="24"/>
          <w:szCs w:val="24"/>
        </w:rPr>
        <w:fldChar w:fldCharType="separate"/>
      </w:r>
      <w:r>
        <w:rPr>
          <w:rFonts w:ascii="Calibri" w:eastAsia="Calibri" w:hAnsi="Calibri" w:cs="Calibri"/>
          <w:sz w:val="24"/>
          <w:szCs w:val="24"/>
        </w:rPr>
        <w:fldChar w:fldCharType="end"/>
      </w:r>
      <w:r w:rsidRPr="00DB4006">
        <w:rPr>
          <w:rFonts w:ascii="Calibri" w:eastAsia="Calibri" w:hAnsi="Calibri" w:cs="Calibri"/>
          <w:color w:val="C00000"/>
          <w:sz w:val="24"/>
          <w:szCs w:val="24"/>
          <w:lang w:val="el-GR"/>
        </w:rPr>
        <w:t xml:space="preserve"> ΟΧΙ =&gt;</w:t>
      </w:r>
      <w:r>
        <w:rPr>
          <w:rFonts w:ascii="Calibri" w:eastAsia="Calibri" w:hAnsi="Calibri" w:cs="Calibri"/>
          <w:color w:val="C00000"/>
          <w:sz w:val="24"/>
          <w:szCs w:val="24"/>
          <w:lang w:val="el-GR"/>
        </w:rPr>
        <w:t xml:space="preserve"> </w:t>
      </w:r>
      <w:r w:rsidR="0021734C">
        <w:rPr>
          <w:rFonts w:ascii="Calibri" w:eastAsia="Calibri" w:hAnsi="Calibri" w:cs="Calibri"/>
          <w:color w:val="C00000"/>
          <w:sz w:val="24"/>
          <w:szCs w:val="24"/>
          <w:lang w:val="el-GR"/>
        </w:rPr>
        <w:t>Προχωρήστε με την ολοκλήρωση της έκθεσης</w:t>
      </w:r>
    </w:p>
    <w:p w14:paraId="637CC21E" w14:textId="77777777" w:rsidR="002E70FD" w:rsidRDefault="002E70FD" w:rsidP="002E70FD">
      <w:pPr>
        <w:rPr>
          <w:lang w:val="el-GR"/>
        </w:rPr>
      </w:pPr>
    </w:p>
    <w:tbl>
      <w:tblPr>
        <w:tblW w:w="10622" w:type="dxa"/>
        <w:tblLook w:val="04A0" w:firstRow="1" w:lastRow="0" w:firstColumn="1" w:lastColumn="0" w:noHBand="0" w:noVBand="1"/>
      </w:tblPr>
      <w:tblGrid>
        <w:gridCol w:w="8354"/>
        <w:gridCol w:w="2268"/>
      </w:tblGrid>
      <w:tr w:rsidR="002E70FD" w:rsidRPr="002E70FD" w14:paraId="54FA17E5" w14:textId="77777777" w:rsidTr="002E70FD">
        <w:trPr>
          <w:trHeight w:val="600"/>
        </w:trPr>
        <w:tc>
          <w:tcPr>
            <w:tcW w:w="8354" w:type="dxa"/>
            <w:tcBorders>
              <w:top w:val="single" w:sz="8" w:space="0" w:color="0B3040"/>
              <w:left w:val="single" w:sz="8" w:space="0" w:color="9A0000"/>
              <w:bottom w:val="single" w:sz="4" w:space="0" w:color="BFBFBF"/>
              <w:right w:val="nil"/>
            </w:tcBorders>
            <w:shd w:val="clear" w:color="000000" w:fill="D0D0D0"/>
            <w:vAlign w:val="center"/>
            <w:hideMark/>
          </w:tcPr>
          <w:p w14:paraId="442FD5BC" w14:textId="77777777" w:rsidR="002E70FD" w:rsidRPr="002E70FD" w:rsidRDefault="002E70FD" w:rsidP="002E70F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l-GR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l-GR" w:eastAsia="el-GR"/>
              </w:rPr>
              <w:t>Μέγεθος</w:t>
            </w:r>
          </w:p>
        </w:tc>
        <w:tc>
          <w:tcPr>
            <w:tcW w:w="2268" w:type="dxa"/>
            <w:tcBorders>
              <w:top w:val="single" w:sz="8" w:space="0" w:color="0B3040"/>
              <w:left w:val="single" w:sz="4" w:space="0" w:color="9A0000"/>
              <w:bottom w:val="single" w:sz="4" w:space="0" w:color="BFBFBF"/>
              <w:right w:val="single" w:sz="4" w:space="0" w:color="9A0000"/>
            </w:tcBorders>
            <w:shd w:val="clear" w:color="000000" w:fill="D0D0D0"/>
            <w:vAlign w:val="center"/>
            <w:hideMark/>
          </w:tcPr>
          <w:p w14:paraId="7A276928" w14:textId="77777777" w:rsidR="002E70FD" w:rsidRPr="002E70FD" w:rsidRDefault="002E70FD" w:rsidP="002E70F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l-GR" w:eastAsia="el-GR"/>
              </w:rPr>
            </w:pPr>
            <w:r w:rsidRPr="002E70F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l-GR" w:eastAsia="el-GR"/>
              </w:rPr>
              <w:t>Συνολικό υπόλοιπο</w:t>
            </w:r>
          </w:p>
        </w:tc>
      </w:tr>
      <w:tr w:rsidR="002E70FD" w:rsidRPr="002E70FD" w14:paraId="141BB821" w14:textId="77777777" w:rsidTr="002E70FD">
        <w:trPr>
          <w:trHeight w:val="381"/>
        </w:trPr>
        <w:tc>
          <w:tcPr>
            <w:tcW w:w="8354" w:type="dxa"/>
            <w:tcBorders>
              <w:top w:val="nil"/>
              <w:left w:val="single" w:sz="8" w:space="0" w:color="9A0000"/>
              <w:bottom w:val="single" w:sz="4" w:space="0" w:color="BFBFBF"/>
              <w:right w:val="nil"/>
            </w:tcBorders>
            <w:vAlign w:val="center"/>
            <w:hideMark/>
          </w:tcPr>
          <w:p w14:paraId="1973897B" w14:textId="77777777" w:rsidR="002E70FD" w:rsidRPr="002E70FD" w:rsidRDefault="002E70FD" w:rsidP="002E70FD">
            <w:pPr>
              <w:spacing w:after="0"/>
              <w:ind w:firstLineChars="100" w:firstLine="240"/>
              <w:rPr>
                <w:rFonts w:ascii="Calibri" w:eastAsia="Times New Roman" w:hAnsi="Calibri" w:cs="Calibri"/>
                <w:sz w:val="24"/>
                <w:szCs w:val="24"/>
                <w:lang w:val="el-GR" w:eastAsia="el-GR"/>
              </w:rPr>
            </w:pPr>
            <w:r w:rsidRPr="002E70FD">
              <w:rPr>
                <w:rFonts w:ascii="Calibri" w:eastAsia="Times New Roman" w:hAnsi="Calibri" w:cs="Calibri"/>
                <w:sz w:val="24"/>
                <w:szCs w:val="24"/>
                <w:lang w:val="el-GR" w:eastAsia="el-GR"/>
              </w:rPr>
              <w:t>-  από ΝΟΜΙΜΕΣ δαπάνες (</w:t>
            </w:r>
            <w:r>
              <w:rPr>
                <w:rFonts w:ascii="Calibri" w:eastAsia="Times New Roman" w:hAnsi="Calibri" w:cs="Calibri"/>
                <w:sz w:val="24"/>
                <w:szCs w:val="24"/>
                <w:lang w:val="el-GR" w:eastAsia="el-GR"/>
              </w:rPr>
              <w:t xml:space="preserve">δικαστικές αποφάσεις ή λόγω διάταξη </w:t>
            </w:r>
            <w:r w:rsidRPr="002E70FD">
              <w:rPr>
                <w:rFonts w:ascii="Calibri" w:eastAsia="Times New Roman" w:hAnsi="Calibri" w:cs="Calibri"/>
                <w:sz w:val="24"/>
                <w:szCs w:val="24"/>
                <w:lang w:val="el-GR" w:eastAsia="el-GR"/>
              </w:rPr>
              <w:t>NOBOUND)</w:t>
            </w:r>
          </w:p>
        </w:tc>
        <w:tc>
          <w:tcPr>
            <w:tcW w:w="2268" w:type="dxa"/>
            <w:tcBorders>
              <w:top w:val="nil"/>
              <w:left w:val="single" w:sz="4" w:space="0" w:color="9A0000"/>
              <w:bottom w:val="single" w:sz="4" w:space="0" w:color="BFBFBF"/>
              <w:right w:val="single" w:sz="4" w:space="0" w:color="9A0000"/>
            </w:tcBorders>
            <w:shd w:val="clear" w:color="auto" w:fill="F2F2F2"/>
            <w:noWrap/>
            <w:vAlign w:val="center"/>
            <w:hideMark/>
          </w:tcPr>
          <w:p w14:paraId="006DECA2" w14:textId="77777777" w:rsidR="007D389E" w:rsidRDefault="00A6284C">
            <w:pPr>
              <w:spacing w:after="0"/>
              <w:jc w:val="right"/>
              <w:rPr>
                <w:rFonts w:ascii="Calibri" w:eastAsia="Times New Roman" w:hAnsi="Calibri" w:cs="Calibri"/>
                <w:color w:val="9A0000"/>
                <w:sz w:val="24"/>
                <w:szCs w:val="24"/>
                <w:lang w:val="el-GR" w:eastAsia="el-GR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OBL42_NOBOUND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</w:tr>
      <w:tr w:rsidR="002E70FD" w:rsidRPr="002E70FD" w14:paraId="69462C41" w14:textId="77777777" w:rsidTr="002E70FD">
        <w:trPr>
          <w:trHeight w:val="345"/>
        </w:trPr>
        <w:tc>
          <w:tcPr>
            <w:tcW w:w="8354" w:type="dxa"/>
            <w:tcBorders>
              <w:top w:val="nil"/>
              <w:left w:val="single" w:sz="8" w:space="0" w:color="9A0000"/>
              <w:bottom w:val="single" w:sz="4" w:space="0" w:color="BFBFBF"/>
              <w:right w:val="nil"/>
            </w:tcBorders>
            <w:vAlign w:val="center"/>
            <w:hideMark/>
          </w:tcPr>
          <w:p w14:paraId="06738317" w14:textId="77777777" w:rsidR="002E70FD" w:rsidRPr="00DC6961" w:rsidRDefault="002E70FD" w:rsidP="002E70FD">
            <w:pPr>
              <w:spacing w:after="0"/>
              <w:ind w:firstLineChars="100" w:firstLine="240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DC6961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- </w:t>
            </w:r>
            <w:r w:rsidRPr="002E70FD">
              <w:rPr>
                <w:rFonts w:ascii="Calibri" w:eastAsia="Times New Roman" w:hAnsi="Calibri" w:cs="Calibri"/>
                <w:sz w:val="24"/>
                <w:szCs w:val="24"/>
                <w:lang w:val="el-GR" w:eastAsia="el-GR"/>
              </w:rPr>
              <w:t>από</w:t>
            </w:r>
            <w:r w:rsidRPr="00DC6961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</w:t>
            </w:r>
            <w:r w:rsidRPr="002E70FD">
              <w:rPr>
                <w:rFonts w:ascii="Calibri" w:eastAsia="Times New Roman" w:hAnsi="Calibri" w:cs="Calibri"/>
                <w:sz w:val="24"/>
                <w:szCs w:val="24"/>
                <w:lang w:val="el-GR" w:eastAsia="el-GR"/>
              </w:rPr>
              <w:t>ΛΟΙΠΕΣ</w:t>
            </w:r>
            <w:r w:rsidRPr="00DC6961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</w:t>
            </w:r>
            <w:r w:rsidRPr="002E70FD">
              <w:rPr>
                <w:rFonts w:ascii="Calibri" w:eastAsia="Times New Roman" w:hAnsi="Calibri" w:cs="Calibri"/>
                <w:sz w:val="24"/>
                <w:szCs w:val="24"/>
                <w:lang w:val="el-GR" w:eastAsia="el-GR"/>
              </w:rPr>
              <w:t>δαπάνες</w:t>
            </w:r>
            <w:r w:rsidRPr="00DC6961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(NOBUDGET </w:t>
            </w:r>
            <w:r w:rsidRPr="002E70FD">
              <w:rPr>
                <w:rFonts w:ascii="Calibri" w:eastAsia="Times New Roman" w:hAnsi="Calibri" w:cs="Calibri"/>
                <w:sz w:val="24"/>
                <w:szCs w:val="24"/>
                <w:lang w:val="el-GR" w:eastAsia="el-GR"/>
              </w:rPr>
              <w:t>και</w:t>
            </w:r>
            <w:r w:rsidRPr="00DC6961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NOAPPROVED)</w:t>
            </w:r>
          </w:p>
        </w:tc>
        <w:tc>
          <w:tcPr>
            <w:tcW w:w="2268" w:type="dxa"/>
            <w:tcBorders>
              <w:top w:val="nil"/>
              <w:left w:val="single" w:sz="4" w:space="0" w:color="9A0000"/>
              <w:bottom w:val="single" w:sz="4" w:space="0" w:color="BFBFBF"/>
              <w:right w:val="single" w:sz="4" w:space="0" w:color="9A0000"/>
            </w:tcBorders>
            <w:shd w:val="clear" w:color="auto" w:fill="F2F2F2"/>
            <w:noWrap/>
            <w:vAlign w:val="center"/>
            <w:hideMark/>
          </w:tcPr>
          <w:p w14:paraId="1878B1B5" w14:textId="77777777" w:rsidR="007D389E" w:rsidRDefault="00A6284C">
            <w:pPr>
              <w:spacing w:after="0"/>
              <w:jc w:val="right"/>
              <w:rPr>
                <w:rFonts w:ascii="Calibri" w:eastAsia="Times New Roman" w:hAnsi="Calibri" w:cs="Calibri"/>
                <w:color w:val="9A0000"/>
                <w:sz w:val="24"/>
                <w:szCs w:val="24"/>
                <w:lang w:val="el-GR" w:eastAsia="el-GR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OBL42_OTHER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</w:tr>
      <w:tr w:rsidR="002E70FD" w:rsidRPr="002E70FD" w14:paraId="53B4AD3B" w14:textId="77777777" w:rsidTr="002E70FD">
        <w:trPr>
          <w:trHeight w:val="315"/>
        </w:trPr>
        <w:tc>
          <w:tcPr>
            <w:tcW w:w="8354" w:type="dxa"/>
            <w:tcBorders>
              <w:top w:val="nil"/>
              <w:left w:val="single" w:sz="8" w:space="0" w:color="9A0000"/>
              <w:bottom w:val="single" w:sz="8" w:space="0" w:color="9A0000"/>
              <w:right w:val="nil"/>
            </w:tcBorders>
            <w:shd w:val="clear" w:color="000000" w:fill="D0D0D0"/>
            <w:vAlign w:val="center"/>
            <w:hideMark/>
          </w:tcPr>
          <w:p w14:paraId="441CA459" w14:textId="77777777" w:rsidR="002E70FD" w:rsidRPr="002E70FD" w:rsidRDefault="002E70FD" w:rsidP="002E70F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l-GR" w:eastAsia="el-GR"/>
              </w:rPr>
            </w:pPr>
            <w:r w:rsidRPr="002E70F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l-GR" w:eastAsia="el-GR"/>
              </w:rPr>
              <w:t>Γενικό σύνολο</w:t>
            </w:r>
          </w:p>
        </w:tc>
        <w:tc>
          <w:tcPr>
            <w:tcW w:w="2268" w:type="dxa"/>
            <w:tcBorders>
              <w:top w:val="nil"/>
              <w:left w:val="single" w:sz="4" w:space="0" w:color="9A0000"/>
              <w:bottom w:val="single" w:sz="8" w:space="0" w:color="9A0000"/>
              <w:right w:val="single" w:sz="4" w:space="0" w:color="9A0000"/>
            </w:tcBorders>
            <w:shd w:val="clear" w:color="auto" w:fill="DDD9C3"/>
            <w:noWrap/>
            <w:vAlign w:val="center"/>
            <w:hideMark/>
          </w:tcPr>
          <w:p w14:paraId="19D9CDB1" w14:textId="2E35355E" w:rsidR="007D389E" w:rsidRDefault="00A6284C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9A0000"/>
                <w:sz w:val="24"/>
                <w:szCs w:val="24"/>
                <w:lang w:val="el-GR" w:eastAsia="el-GR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instrText xml:space="preserve"> = B2+B3 \# "#.##0,00" </w:instrTex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fldChar w:fldCharType="separate"/>
            </w:r>
            <w:r w:rsidR="004D25CC"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  <w:t xml:space="preserve">   0,00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55669789" w14:textId="77777777" w:rsidR="00BF136A" w:rsidRDefault="00A6284C" w:rsidP="00B639C3">
      <w:pPr>
        <w:pStyle w:val="21"/>
        <w:spacing w:before="0"/>
        <w:jc w:val="both"/>
        <w:rPr>
          <w:rFonts w:ascii="Calibri" w:eastAsia="Calibri" w:hAnsi="Calibri"/>
          <w:color w:val="1F4E78"/>
          <w:lang w:val="el-GR"/>
        </w:rPr>
      </w:pPr>
      <w:r w:rsidRPr="006D0CC0">
        <w:rPr>
          <w:rFonts w:ascii="Calibri" w:eastAsia="Calibri" w:hAnsi="Calibri"/>
          <w:color w:val="1F4E78"/>
          <w:lang w:val="el-GR"/>
        </w:rPr>
        <w:lastRenderedPageBreak/>
        <w:t>4.</w:t>
      </w:r>
      <w:r w:rsidR="00B639C3">
        <w:rPr>
          <w:rFonts w:ascii="Calibri" w:eastAsia="Calibri" w:hAnsi="Calibri"/>
          <w:color w:val="1F4E78"/>
          <w:lang w:val="el-GR"/>
        </w:rPr>
        <w:t>3</w:t>
      </w:r>
      <w:r w:rsidRPr="006D0CC0">
        <w:rPr>
          <w:rFonts w:ascii="Calibri" w:eastAsia="Calibri" w:hAnsi="Calibri"/>
          <w:color w:val="1F4E78"/>
          <w:lang w:val="el-GR"/>
        </w:rPr>
        <w:t xml:space="preserve">. </w:t>
      </w:r>
      <w:r w:rsidR="00B639C3">
        <w:rPr>
          <w:rFonts w:ascii="Calibri" w:eastAsia="Calibri" w:hAnsi="Calibri"/>
          <w:color w:val="1F4E78"/>
          <w:lang w:val="el-GR"/>
        </w:rPr>
        <w:t xml:space="preserve">Εγγραφή των υποχρεώσεων </w:t>
      </w:r>
      <w:r w:rsidR="00B639C3">
        <w:rPr>
          <w:rFonts w:ascii="Calibri" w:eastAsia="Calibri" w:hAnsi="Calibri"/>
          <w:color w:val="1F4E78"/>
          <w:lang w:val="en-GB"/>
        </w:rPr>
        <w:t>NOBOUND</w:t>
      </w:r>
      <w:r w:rsidR="00B639C3">
        <w:rPr>
          <w:rFonts w:ascii="Calibri" w:eastAsia="Calibri" w:hAnsi="Calibri"/>
          <w:color w:val="1F4E78"/>
          <w:lang w:val="el-GR"/>
        </w:rPr>
        <w:t xml:space="preserve"> στο προτεινόμενο σχέδιο προϋπολογισμού</w:t>
      </w:r>
      <w:r w:rsidRPr="006D0CC0">
        <w:rPr>
          <w:rFonts w:ascii="Calibri" w:eastAsia="Calibri" w:hAnsi="Calibri"/>
          <w:color w:val="1F4E78"/>
          <w:lang w:val="el-GR"/>
        </w:rPr>
        <w:t>:</w:t>
      </w:r>
    </w:p>
    <w:p w14:paraId="5BD03A36" w14:textId="77777777" w:rsidR="00B639C3" w:rsidRPr="00B639C3" w:rsidRDefault="00B639C3" w:rsidP="00B639C3">
      <w:pPr>
        <w:jc w:val="both"/>
        <w:rPr>
          <w:rFonts w:ascii="Calibri" w:hAnsi="Calibri" w:cs="Calibri"/>
          <w:sz w:val="24"/>
          <w:szCs w:val="24"/>
          <w:lang w:val="el-GR"/>
        </w:rPr>
      </w:pPr>
      <w:r w:rsidRPr="00B639C3">
        <w:rPr>
          <w:rFonts w:ascii="Calibri" w:hAnsi="Calibri" w:cs="Calibri"/>
          <w:sz w:val="24"/>
          <w:szCs w:val="24"/>
          <w:lang w:val="el-GR"/>
        </w:rPr>
        <w:t>Οι απλήρωτες υποχρεώσεις από ΝΟΜΙΜΕΣ δαπάνες καθ' υπέρβαση των πιστώσεων του προϋπολογισμού (</w:t>
      </w:r>
      <w:r w:rsidRPr="00B639C3">
        <w:rPr>
          <w:rFonts w:ascii="Calibri" w:hAnsi="Calibri" w:cs="Calibri"/>
          <w:sz w:val="24"/>
          <w:szCs w:val="24"/>
        </w:rPr>
        <w:t>NOBOUND</w:t>
      </w:r>
      <w:r w:rsidRPr="00B639C3">
        <w:rPr>
          <w:rFonts w:ascii="Calibri" w:hAnsi="Calibri" w:cs="Calibri"/>
          <w:sz w:val="24"/>
          <w:szCs w:val="24"/>
          <w:lang w:val="el-GR"/>
        </w:rPr>
        <w:t xml:space="preserve">) κατά την τελευταία ημέρα του μήνα αναφοράς </w:t>
      </w:r>
      <w:r>
        <w:rPr>
          <w:rFonts w:ascii="Calibri" w:hAnsi="Calibri" w:cs="Calibri"/>
          <w:sz w:val="24"/>
          <w:szCs w:val="24"/>
          <w:lang w:val="el-GR"/>
        </w:rPr>
        <w:t>έχουν εγγραφεί στους κάτωθι ΑΛΕ 5</w:t>
      </w:r>
      <w:r w:rsidRPr="00B639C3">
        <w:rPr>
          <w:rFonts w:ascii="Calibri" w:hAnsi="Calibri" w:cs="Calibri"/>
          <w:sz w:val="24"/>
          <w:szCs w:val="24"/>
          <w:vertAlign w:val="superscript"/>
          <w:lang w:val="el-GR"/>
        </w:rPr>
        <w:t>ου</w:t>
      </w:r>
      <w:r>
        <w:rPr>
          <w:rFonts w:ascii="Calibri" w:hAnsi="Calibri" w:cs="Calibri"/>
          <w:sz w:val="24"/>
          <w:szCs w:val="24"/>
          <w:lang w:val="el-GR"/>
        </w:rPr>
        <w:t xml:space="preserve"> βαθμού ανάλυσης του προτεινόμενου σχεδίου προϋπολογισμού.</w:t>
      </w:r>
    </w:p>
    <w:p w14:paraId="5E56027B" w14:textId="77777777" w:rsidR="00B639C3" w:rsidRPr="00B639C3" w:rsidRDefault="00B639C3" w:rsidP="00B639C3">
      <w:pPr>
        <w:rPr>
          <w:rFonts w:ascii="Calibri" w:hAnsi="Calibri" w:cs="Calibri"/>
          <w:sz w:val="24"/>
          <w:szCs w:val="24"/>
          <w:lang w:val="el-GR"/>
        </w:rPr>
      </w:pPr>
    </w:p>
    <w:tbl>
      <w:tblPr>
        <w:tblW w:w="10645" w:type="dxa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547"/>
        <w:gridCol w:w="4111"/>
        <w:gridCol w:w="2126"/>
        <w:gridCol w:w="1843"/>
        <w:gridCol w:w="18"/>
      </w:tblGrid>
      <w:tr w:rsidR="00BF136A" w14:paraId="3EDBAE8A" w14:textId="77777777" w:rsidTr="00E146F2">
        <w:trPr>
          <w:cantSplit/>
          <w:trHeight w:val="510"/>
          <w:tblHeader/>
          <w:jc w:val="center"/>
        </w:trPr>
        <w:tc>
          <w:tcPr>
            <w:tcW w:w="2547" w:type="dxa"/>
            <w:shd w:val="clear" w:color="auto" w:fill="D9E2F3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4AA12DC" w14:textId="77777777" w:rsidR="00BF136A" w:rsidRPr="004D678D" w:rsidRDefault="00A6284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D678D">
              <w:rPr>
                <w:rFonts w:asciiTheme="majorHAnsi" w:eastAsia="Calibri" w:hAnsiTheme="majorHAnsi" w:cstheme="majorHAnsi"/>
                <w:b/>
                <w:color w:val="000000"/>
                <w:sz w:val="24"/>
                <w:szCs w:val="24"/>
              </w:rPr>
              <w:t>ΑΛΕ</w:t>
            </w:r>
          </w:p>
        </w:tc>
        <w:tc>
          <w:tcPr>
            <w:tcW w:w="4111" w:type="dxa"/>
            <w:shd w:val="clear" w:color="auto" w:fill="D9E2F3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BA24429" w14:textId="77777777" w:rsidR="00BF136A" w:rsidRPr="004D678D" w:rsidRDefault="00A6284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D678D">
              <w:rPr>
                <w:rFonts w:asciiTheme="majorHAnsi" w:eastAsia="Calibri" w:hAnsiTheme="majorHAnsi" w:cstheme="majorHAnsi"/>
                <w:b/>
                <w:color w:val="000000"/>
                <w:sz w:val="24"/>
                <w:szCs w:val="24"/>
              </w:rPr>
              <w:t>Περιγραφή ΑΛΕ</w:t>
            </w:r>
          </w:p>
        </w:tc>
        <w:tc>
          <w:tcPr>
            <w:tcW w:w="2126" w:type="dxa"/>
            <w:shd w:val="clear" w:color="auto" w:fill="D9E2F3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B1DA241" w14:textId="77777777" w:rsidR="00BF136A" w:rsidRPr="004D678D" w:rsidRDefault="00A6284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D678D">
              <w:rPr>
                <w:rFonts w:asciiTheme="majorHAnsi" w:eastAsia="Calibri" w:hAnsiTheme="majorHAnsi" w:cstheme="majorHAnsi"/>
                <w:b/>
                <w:color w:val="000000"/>
                <w:sz w:val="24"/>
                <w:szCs w:val="24"/>
              </w:rPr>
              <w:t>Εκτιμήσεις</w:t>
            </w:r>
            <w:r w:rsidRPr="004D678D">
              <w:rPr>
                <w:rFonts w:asciiTheme="majorHAnsi" w:hAnsiTheme="majorHAnsi" w:cstheme="majorHAnsi"/>
                <w:sz w:val="24"/>
                <w:szCs w:val="24"/>
              </w:rPr>
              <w:br/>
            </w:r>
            <w:r w:rsidRPr="004D678D">
              <w:rPr>
                <w:rFonts w:asciiTheme="majorHAnsi" w:eastAsia="Calibri" w:hAnsiTheme="majorHAnsi" w:cstheme="majorHAnsi"/>
                <w:b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61" w:type="dxa"/>
            <w:gridSpan w:val="2"/>
            <w:shd w:val="clear" w:color="auto" w:fill="D9E2F3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AE6446D" w14:textId="77777777" w:rsidR="00BF136A" w:rsidRPr="004D678D" w:rsidRDefault="00A6284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D678D">
              <w:rPr>
                <w:rFonts w:asciiTheme="majorHAnsi" w:eastAsia="Calibri" w:hAnsiTheme="majorHAnsi" w:cstheme="majorHAnsi"/>
                <w:b/>
                <w:color w:val="000000"/>
                <w:sz w:val="24"/>
                <w:szCs w:val="24"/>
              </w:rPr>
              <w:t>Προβλέψεις</w:t>
            </w:r>
            <w:r w:rsidRPr="004D678D">
              <w:rPr>
                <w:rFonts w:asciiTheme="majorHAnsi" w:hAnsiTheme="majorHAnsi" w:cstheme="majorHAnsi"/>
                <w:sz w:val="24"/>
                <w:szCs w:val="24"/>
              </w:rPr>
              <w:br/>
            </w:r>
            <w:r w:rsidRPr="004D678D">
              <w:rPr>
                <w:rFonts w:asciiTheme="majorHAnsi" w:eastAsia="Calibri" w:hAnsiTheme="majorHAnsi" w:cstheme="majorHAnsi"/>
                <w:b/>
                <w:color w:val="000000"/>
                <w:sz w:val="24"/>
                <w:szCs w:val="24"/>
              </w:rPr>
              <w:t>2026</w:t>
            </w:r>
          </w:p>
        </w:tc>
      </w:tr>
      <w:tr w:rsidR="00BF136A" w14:paraId="660F3FD1" w14:textId="77777777" w:rsidTr="00E146F2">
        <w:trPr>
          <w:gridAfter w:val="1"/>
          <w:wAfter w:w="18" w:type="dxa"/>
          <w:cantSplit/>
          <w:trHeight w:val="408"/>
          <w:jc w:val="center"/>
        </w:trPr>
        <w:tc>
          <w:tcPr>
            <w:tcW w:w="2547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0CC3ACAB" w14:textId="77777777" w:rsidR="007D389E" w:rsidRDefault="00A6284C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ALE43_1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4111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49C3C901" w14:textId="77777777" w:rsidR="007D389E" w:rsidRDefault="00A6284C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DESC43_1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2126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7702FDA2" w14:textId="77777777" w:rsidR="007D389E" w:rsidRDefault="00A6284C">
            <w:pPr>
              <w:spacing w:after="0"/>
              <w:jc w:val="right"/>
              <w:rPr>
                <w:rFonts w:asciiTheme="majorHAnsi" w:hAnsiTheme="majorHAnsi" w:cstheme="majorHAnsi"/>
                <w:sz w:val="24"/>
                <w:szCs w:val="24"/>
                <w:lang w:val="el-GR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EST43_2025_1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1843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48C91AA0" w14:textId="77777777" w:rsidR="007D389E" w:rsidRDefault="00A6284C">
            <w:pPr>
              <w:spacing w:after="0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PROJ43_2026_1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</w:tr>
      <w:tr w:rsidR="004D678D" w14:paraId="134AFA2F" w14:textId="77777777" w:rsidTr="00E146F2">
        <w:trPr>
          <w:gridAfter w:val="1"/>
          <w:wAfter w:w="18" w:type="dxa"/>
          <w:cantSplit/>
          <w:trHeight w:val="408"/>
          <w:jc w:val="center"/>
        </w:trPr>
        <w:tc>
          <w:tcPr>
            <w:tcW w:w="2547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72103101" w14:textId="77777777" w:rsidR="007D389E" w:rsidRDefault="00A6284C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ALE43_2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4111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7234EBC5" w14:textId="77777777" w:rsidR="007D389E" w:rsidRDefault="00A6284C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DESC43_2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2126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7345E0DF" w14:textId="77777777" w:rsidR="007D389E" w:rsidRDefault="00A6284C">
            <w:pPr>
              <w:spacing w:after="0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EST43_2025_2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1843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AD0B209" w14:textId="77777777" w:rsidR="007D389E" w:rsidRDefault="00A6284C">
            <w:pPr>
              <w:spacing w:after="0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PROJ43_2026_2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</w:tr>
      <w:tr w:rsidR="004D678D" w14:paraId="54109FA0" w14:textId="77777777" w:rsidTr="00E146F2">
        <w:trPr>
          <w:gridAfter w:val="1"/>
          <w:wAfter w:w="18" w:type="dxa"/>
          <w:cantSplit/>
          <w:trHeight w:val="408"/>
          <w:jc w:val="center"/>
        </w:trPr>
        <w:tc>
          <w:tcPr>
            <w:tcW w:w="2547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3E6C9AAA" w14:textId="77777777" w:rsidR="007D389E" w:rsidRDefault="00A6284C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ALE43_3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4111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6776516F" w14:textId="77777777" w:rsidR="007D389E" w:rsidRDefault="00A6284C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DESC43_3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2126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411EFBD2" w14:textId="77777777" w:rsidR="007D389E" w:rsidRDefault="00A6284C">
            <w:pPr>
              <w:spacing w:after="0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EST43_2025_3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1843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CAF81BA" w14:textId="77777777" w:rsidR="007D389E" w:rsidRDefault="00A6284C">
            <w:pPr>
              <w:spacing w:after="0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PROJ43_2026_3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</w:tr>
      <w:tr w:rsidR="004D678D" w14:paraId="0CAC75B5" w14:textId="77777777" w:rsidTr="00E146F2">
        <w:trPr>
          <w:gridAfter w:val="1"/>
          <w:wAfter w:w="18" w:type="dxa"/>
          <w:cantSplit/>
          <w:trHeight w:val="408"/>
          <w:jc w:val="center"/>
        </w:trPr>
        <w:tc>
          <w:tcPr>
            <w:tcW w:w="2547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1CC89BE9" w14:textId="77777777" w:rsidR="007D389E" w:rsidRDefault="00A6284C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ALE43_4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4111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7120ADE" w14:textId="77777777" w:rsidR="007D389E" w:rsidRDefault="00A6284C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DESC43_4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2126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6A37BC97" w14:textId="77777777" w:rsidR="007D389E" w:rsidRDefault="00A6284C">
            <w:pPr>
              <w:spacing w:after="0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EST43_2025_4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1843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774AD3CE" w14:textId="77777777" w:rsidR="007D389E" w:rsidRDefault="00A6284C">
            <w:pPr>
              <w:spacing w:after="0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PROJ43_2026_4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</w:tr>
      <w:tr w:rsidR="004D678D" w14:paraId="4FDE21F9" w14:textId="77777777" w:rsidTr="00E146F2">
        <w:trPr>
          <w:gridAfter w:val="1"/>
          <w:wAfter w:w="18" w:type="dxa"/>
          <w:cantSplit/>
          <w:trHeight w:val="408"/>
          <w:jc w:val="center"/>
        </w:trPr>
        <w:tc>
          <w:tcPr>
            <w:tcW w:w="2547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4F2C5B92" w14:textId="77777777" w:rsidR="007D389E" w:rsidRDefault="00A6284C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ALE43_5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4111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73C1E06E" w14:textId="77777777" w:rsidR="007D389E" w:rsidRDefault="00A6284C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DESC43_5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2126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6FCBC77B" w14:textId="77777777" w:rsidR="007D389E" w:rsidRDefault="00A6284C">
            <w:pPr>
              <w:spacing w:after="0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EST43_2025_5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1843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77B0ACB2" w14:textId="77777777" w:rsidR="007D389E" w:rsidRDefault="00A6284C">
            <w:pPr>
              <w:spacing w:after="0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PROJ43_2026_5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</w:tr>
      <w:tr w:rsidR="004D678D" w14:paraId="1ACF9E82" w14:textId="77777777" w:rsidTr="00E146F2">
        <w:trPr>
          <w:gridAfter w:val="1"/>
          <w:wAfter w:w="18" w:type="dxa"/>
          <w:cantSplit/>
          <w:trHeight w:val="408"/>
          <w:jc w:val="center"/>
        </w:trPr>
        <w:tc>
          <w:tcPr>
            <w:tcW w:w="2547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17CA2A4C" w14:textId="77777777" w:rsidR="007D389E" w:rsidRDefault="00A6284C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ALE43_6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4111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41C55B1C" w14:textId="77777777" w:rsidR="007D389E" w:rsidRDefault="00A6284C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DESC43_6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2126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4B450F2C" w14:textId="77777777" w:rsidR="007D389E" w:rsidRDefault="00A6284C">
            <w:pPr>
              <w:spacing w:after="0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EST43_2025_6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1843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3363E832" w14:textId="77777777" w:rsidR="007D389E" w:rsidRDefault="00A6284C">
            <w:pPr>
              <w:spacing w:after="0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PROJ43_2026_6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</w:tr>
      <w:tr w:rsidR="004D678D" w14:paraId="02C497CE" w14:textId="77777777" w:rsidTr="00E146F2">
        <w:trPr>
          <w:gridAfter w:val="1"/>
          <w:wAfter w:w="18" w:type="dxa"/>
          <w:cantSplit/>
          <w:trHeight w:val="408"/>
          <w:jc w:val="center"/>
        </w:trPr>
        <w:tc>
          <w:tcPr>
            <w:tcW w:w="2547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2A009AA0" w14:textId="77777777" w:rsidR="007D389E" w:rsidRDefault="00A6284C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ALE43_7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4111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7438A4D8" w14:textId="77777777" w:rsidR="007D389E" w:rsidRDefault="00A6284C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DESC43_7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2126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3C18DF91" w14:textId="77777777" w:rsidR="007D389E" w:rsidRDefault="00A6284C">
            <w:pPr>
              <w:spacing w:after="0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EST43_2025_7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1843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21458323" w14:textId="77777777" w:rsidR="007D389E" w:rsidRDefault="00A6284C">
            <w:pPr>
              <w:spacing w:after="0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PROJ43_2026_7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</w:tr>
      <w:tr w:rsidR="004D678D" w14:paraId="56B8A64C" w14:textId="77777777" w:rsidTr="00E146F2">
        <w:trPr>
          <w:gridAfter w:val="1"/>
          <w:wAfter w:w="18" w:type="dxa"/>
          <w:cantSplit/>
          <w:trHeight w:val="408"/>
          <w:jc w:val="center"/>
        </w:trPr>
        <w:tc>
          <w:tcPr>
            <w:tcW w:w="2547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4B007541" w14:textId="77777777" w:rsidR="007D389E" w:rsidRDefault="00A6284C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ALE43_8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4111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6B9F1A07" w14:textId="77777777" w:rsidR="007D389E" w:rsidRDefault="00A6284C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DESC43_8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2126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1B66019" w14:textId="77777777" w:rsidR="007D389E" w:rsidRDefault="00A6284C">
            <w:pPr>
              <w:spacing w:after="0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EST43_2025_8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1843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C918C1A" w14:textId="77777777" w:rsidR="007D389E" w:rsidRDefault="00A6284C">
            <w:pPr>
              <w:spacing w:after="0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PROJ43_2026_8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</w:tr>
      <w:tr w:rsidR="004D678D" w14:paraId="5FA3BED5" w14:textId="77777777" w:rsidTr="00E146F2">
        <w:trPr>
          <w:gridAfter w:val="1"/>
          <w:wAfter w:w="18" w:type="dxa"/>
          <w:cantSplit/>
          <w:trHeight w:val="408"/>
          <w:jc w:val="center"/>
        </w:trPr>
        <w:tc>
          <w:tcPr>
            <w:tcW w:w="2547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04D09E2F" w14:textId="77777777" w:rsidR="007D389E" w:rsidRDefault="00A6284C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ALE43_9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4111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2512C1E" w14:textId="77777777" w:rsidR="007D389E" w:rsidRDefault="00A6284C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DESC43_9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2126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0F1659D6" w14:textId="77777777" w:rsidR="007D389E" w:rsidRDefault="00A6284C">
            <w:pPr>
              <w:spacing w:after="0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EST43_2025_9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1843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67811F89" w14:textId="77777777" w:rsidR="007D389E" w:rsidRDefault="00A6284C">
            <w:pPr>
              <w:spacing w:after="0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PROJ43_2026_9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</w:tr>
      <w:tr w:rsidR="004D678D" w14:paraId="0E9562AF" w14:textId="77777777" w:rsidTr="00E146F2">
        <w:trPr>
          <w:gridAfter w:val="1"/>
          <w:wAfter w:w="18" w:type="dxa"/>
          <w:cantSplit/>
          <w:trHeight w:val="408"/>
          <w:jc w:val="center"/>
        </w:trPr>
        <w:tc>
          <w:tcPr>
            <w:tcW w:w="2547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27DCD915" w14:textId="77777777" w:rsidR="007D389E" w:rsidRDefault="00A6284C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ALE43_10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4111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E80BD17" w14:textId="77777777" w:rsidR="007D389E" w:rsidRDefault="00A6284C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DESC43_10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2126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0BE2F99E" w14:textId="77777777" w:rsidR="007D389E" w:rsidRDefault="00A6284C">
            <w:pPr>
              <w:spacing w:after="0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EST43_2025_10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1843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1D8EE935" w14:textId="77777777" w:rsidR="007D389E" w:rsidRDefault="00A6284C">
            <w:pPr>
              <w:spacing w:after="0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PROJ43_2026_10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</w:tr>
    </w:tbl>
    <w:p w14:paraId="13F7918B" w14:textId="77777777" w:rsidR="00E146F2" w:rsidRDefault="00E146F2">
      <w:pPr>
        <w:rPr>
          <w:rFonts w:ascii="Calibri" w:eastAsia="Calibri" w:hAnsi="Calibri"/>
          <w:color w:val="000000"/>
          <w:sz w:val="24"/>
          <w:lang w:val="el-GR"/>
        </w:rPr>
      </w:pPr>
    </w:p>
    <w:p w14:paraId="1B973D4B" w14:textId="77777777" w:rsidR="00E146F2" w:rsidRDefault="00E146F2">
      <w:pPr>
        <w:tabs>
          <w:tab w:val="left" w:pos="2617"/>
          <w:tab w:val="left" w:pos="6728"/>
          <w:tab w:val="left" w:pos="8854"/>
        </w:tabs>
        <w:ind w:left="70"/>
        <w:rPr>
          <w:rFonts w:ascii="Calibri" w:eastAsia="Calibri" w:hAnsi="Calibri"/>
          <w:color w:val="000000"/>
          <w:sz w:val="24"/>
        </w:rPr>
      </w:pPr>
      <w:r w:rsidRPr="00E146F2">
        <w:rPr>
          <w:rFonts w:ascii="Calibri" w:eastAsia="Calibri" w:hAnsi="Calibri"/>
          <w:color w:val="000000"/>
          <w:sz w:val="24"/>
          <w:lang w:val="el-GR"/>
        </w:rPr>
        <w:tab/>
      </w:r>
      <w:r>
        <w:rPr>
          <w:rFonts w:ascii="Calibri" w:eastAsia="Calibri" w:hAnsi="Calibri"/>
          <w:color w:val="000000"/>
          <w:sz w:val="24"/>
        </w:rPr>
        <w:tab/>
      </w:r>
    </w:p>
    <w:tbl>
      <w:tblPr>
        <w:tblW w:w="10768" w:type="dxa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0768"/>
      </w:tblGrid>
      <w:tr w:rsidR="00E146F2" w14:paraId="54F7E33E" w14:textId="77777777" w:rsidTr="00E146F2">
        <w:trPr>
          <w:trHeight w:val="311"/>
          <w:jc w:val="center"/>
        </w:trPr>
        <w:tc>
          <w:tcPr>
            <w:tcW w:w="10768" w:type="dxa"/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41717C7" w14:textId="77777777" w:rsidR="00E146F2" w:rsidRDefault="00E146F2" w:rsidP="006D5DDA">
            <w:pPr>
              <w:spacing w:after="0"/>
            </w:pPr>
            <w:r>
              <w:rPr>
                <w:rFonts w:ascii="Calibri" w:eastAsia="Calibri" w:hAnsi="Calibri"/>
                <w:b/>
                <w:color w:val="1F4E78"/>
                <w:sz w:val="24"/>
              </w:rPr>
              <w:t>Ενδεχόμενες παρατηρήσεις</w:t>
            </w:r>
          </w:p>
        </w:tc>
      </w:tr>
      <w:tr w:rsidR="00E146F2" w14:paraId="50741EF1" w14:textId="77777777" w:rsidTr="00E146F2">
        <w:trPr>
          <w:trHeight w:val="1474"/>
          <w:jc w:val="center"/>
        </w:trPr>
        <w:tc>
          <w:tcPr>
            <w:tcW w:w="10768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D592F8" w14:textId="77777777" w:rsidR="00E146F2" w:rsidRDefault="00E146F2" w:rsidP="006D5DDA">
            <w:pPr>
              <w:spacing w:after="0"/>
            </w:pPr>
            <w:r>
              <w:rPr>
                <w:rFonts w:ascii="Calibri" w:eastAsia="Calibri" w:hAnsi="Calibri"/>
                <w:color w:val="000000"/>
                <w:sz w:val="24"/>
              </w:rPr>
              <w:fldChar w:fldCharType="begin">
                <w:ffData>
                  <w:name w:val="COMMENTS_43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/>
                <w:color w:val="000000"/>
                <w:sz w:val="24"/>
              </w:rPr>
              <w:instrText xml:space="preserve"> FORMTEXT </w:instrText>
            </w:r>
            <w:r>
              <w:rPr>
                <w:rFonts w:ascii="Calibri" w:eastAsia="Calibri" w:hAnsi="Calibri"/>
                <w:color w:val="000000"/>
                <w:sz w:val="24"/>
              </w:rPr>
            </w:r>
            <w:r>
              <w:rPr>
                <w:rFonts w:ascii="Calibri" w:eastAsia="Calibri" w:hAnsi="Calibri"/>
                <w:color w:val="000000"/>
                <w:sz w:val="24"/>
              </w:rPr>
              <w:fldChar w:fldCharType="separate"/>
            </w:r>
            <w:r>
              <w:rPr>
                <w:rFonts w:ascii="Calibri" w:eastAsia="Calibri" w:hAnsi="Calibri"/>
                <w:color w:val="000000"/>
                <w:sz w:val="24"/>
              </w:rPr>
              <w:fldChar w:fldCharType="end"/>
            </w:r>
          </w:p>
        </w:tc>
      </w:tr>
    </w:tbl>
    <w:p w14:paraId="11D3DE24" w14:textId="77777777" w:rsidR="00E146F2" w:rsidRDefault="00E146F2">
      <w:pPr>
        <w:tabs>
          <w:tab w:val="left" w:pos="2617"/>
          <w:tab w:val="left" w:pos="6728"/>
          <w:tab w:val="left" w:pos="8854"/>
        </w:tabs>
        <w:ind w:left="70"/>
        <w:rPr>
          <w:rFonts w:ascii="Calibri" w:eastAsia="Calibri" w:hAnsi="Calibri"/>
          <w:color w:val="000000"/>
          <w:sz w:val="24"/>
        </w:rPr>
      </w:pPr>
      <w:r>
        <w:rPr>
          <w:rFonts w:ascii="Calibri" w:eastAsia="Calibri" w:hAnsi="Calibri"/>
          <w:color w:val="000000"/>
          <w:sz w:val="24"/>
        </w:rPr>
        <w:tab/>
      </w:r>
    </w:p>
    <w:p w14:paraId="07FDD5B6" w14:textId="77777777" w:rsidR="004D678D" w:rsidRDefault="004D678D" w:rsidP="004D678D">
      <w:pPr>
        <w:pStyle w:val="21"/>
        <w:spacing w:before="0"/>
        <w:jc w:val="both"/>
        <w:rPr>
          <w:rFonts w:ascii="Calibri" w:eastAsia="Calibri" w:hAnsi="Calibri"/>
          <w:color w:val="1F4E78"/>
          <w:lang w:val="el-GR"/>
        </w:rPr>
      </w:pPr>
      <w:r w:rsidRPr="006D0CC0">
        <w:rPr>
          <w:rFonts w:ascii="Calibri" w:eastAsia="Calibri" w:hAnsi="Calibri"/>
          <w:color w:val="1F4E78"/>
          <w:lang w:val="el-GR"/>
        </w:rPr>
        <w:t>4.</w:t>
      </w:r>
      <w:r w:rsidR="00B62026">
        <w:rPr>
          <w:rFonts w:ascii="Calibri" w:eastAsia="Calibri" w:hAnsi="Calibri"/>
          <w:color w:val="1F4E78"/>
          <w:lang w:val="el-GR"/>
        </w:rPr>
        <w:t>4</w:t>
      </w:r>
      <w:r w:rsidRPr="006D0CC0">
        <w:rPr>
          <w:rFonts w:ascii="Calibri" w:eastAsia="Calibri" w:hAnsi="Calibri"/>
          <w:color w:val="1F4E78"/>
          <w:lang w:val="el-GR"/>
        </w:rPr>
        <w:t xml:space="preserve">. </w:t>
      </w:r>
      <w:r>
        <w:rPr>
          <w:rFonts w:ascii="Calibri" w:eastAsia="Calibri" w:hAnsi="Calibri"/>
          <w:color w:val="1F4E78"/>
          <w:lang w:val="el-GR"/>
        </w:rPr>
        <w:t xml:space="preserve">Εγγραφή των υποχρεώσεων </w:t>
      </w:r>
      <w:r>
        <w:rPr>
          <w:rFonts w:ascii="Calibri" w:eastAsia="Calibri" w:hAnsi="Calibri"/>
          <w:color w:val="1F4E78"/>
          <w:lang w:val="en-GB"/>
        </w:rPr>
        <w:t>NOAPPROVED</w:t>
      </w:r>
      <w:r w:rsidRPr="004D678D">
        <w:rPr>
          <w:rFonts w:ascii="Calibri" w:eastAsia="Calibri" w:hAnsi="Calibri"/>
          <w:color w:val="1F4E78"/>
          <w:lang w:val="el-GR"/>
        </w:rPr>
        <w:t xml:space="preserve"> </w:t>
      </w:r>
      <w:r>
        <w:rPr>
          <w:rFonts w:ascii="Calibri" w:eastAsia="Calibri" w:hAnsi="Calibri"/>
          <w:color w:val="1F4E78"/>
          <w:lang w:val="el-GR"/>
        </w:rPr>
        <w:t xml:space="preserve">και </w:t>
      </w:r>
      <w:r>
        <w:rPr>
          <w:rFonts w:ascii="Calibri" w:eastAsia="Calibri" w:hAnsi="Calibri"/>
          <w:color w:val="1F4E78"/>
          <w:lang w:val="en-GB"/>
        </w:rPr>
        <w:t>NOBUDGET</w:t>
      </w:r>
      <w:r w:rsidRPr="004D678D">
        <w:rPr>
          <w:rFonts w:ascii="Calibri" w:eastAsia="Calibri" w:hAnsi="Calibri"/>
          <w:color w:val="1F4E78"/>
          <w:lang w:val="el-GR"/>
        </w:rPr>
        <w:t xml:space="preserve"> </w:t>
      </w:r>
      <w:r>
        <w:rPr>
          <w:rFonts w:ascii="Calibri" w:eastAsia="Calibri" w:hAnsi="Calibri"/>
          <w:color w:val="1F4E78"/>
          <w:lang w:val="el-GR"/>
        </w:rPr>
        <w:t>στο σχέδιο προϋπολογισμού</w:t>
      </w:r>
      <w:r w:rsidRPr="006D0CC0">
        <w:rPr>
          <w:rFonts w:ascii="Calibri" w:eastAsia="Calibri" w:hAnsi="Calibri"/>
          <w:color w:val="1F4E78"/>
          <w:lang w:val="el-GR"/>
        </w:rPr>
        <w:t>:</w:t>
      </w:r>
    </w:p>
    <w:p w14:paraId="2FFC574C" w14:textId="77777777" w:rsidR="004D678D" w:rsidRPr="00B639C3" w:rsidRDefault="004D678D" w:rsidP="004D678D">
      <w:pPr>
        <w:jc w:val="both"/>
        <w:rPr>
          <w:rFonts w:ascii="Calibri" w:hAnsi="Calibri" w:cs="Calibri"/>
          <w:sz w:val="24"/>
          <w:szCs w:val="24"/>
          <w:lang w:val="el-GR"/>
        </w:rPr>
      </w:pPr>
      <w:r w:rsidRPr="00B639C3">
        <w:rPr>
          <w:rFonts w:ascii="Calibri" w:hAnsi="Calibri" w:cs="Calibri"/>
          <w:sz w:val="24"/>
          <w:szCs w:val="24"/>
          <w:lang w:val="el-GR"/>
        </w:rPr>
        <w:t xml:space="preserve">Οι απλήρωτες υποχρεώσεις από </w:t>
      </w:r>
      <w:r>
        <w:rPr>
          <w:rFonts w:ascii="Calibri" w:hAnsi="Calibri" w:cs="Calibri"/>
          <w:sz w:val="24"/>
          <w:szCs w:val="24"/>
          <w:lang w:val="el-GR"/>
        </w:rPr>
        <w:t>ΛΟΙΠΕΣ</w:t>
      </w:r>
      <w:r w:rsidRPr="00B639C3">
        <w:rPr>
          <w:rFonts w:ascii="Calibri" w:hAnsi="Calibri" w:cs="Calibri"/>
          <w:sz w:val="24"/>
          <w:szCs w:val="24"/>
          <w:lang w:val="el-GR"/>
        </w:rPr>
        <w:t xml:space="preserve"> δαπάνες καθ' υπέρβαση των πιστώσεων του προϋπολογισμού (</w:t>
      </w:r>
      <w:r>
        <w:rPr>
          <w:rFonts w:ascii="Calibri" w:hAnsi="Calibri" w:cs="Calibri"/>
          <w:sz w:val="24"/>
          <w:szCs w:val="24"/>
          <w:lang w:val="en-GB"/>
        </w:rPr>
        <w:t>NOAPPROVED</w:t>
      </w:r>
      <w:r w:rsidRPr="004D678D">
        <w:rPr>
          <w:rFonts w:ascii="Calibri" w:hAnsi="Calibri" w:cs="Calibri"/>
          <w:sz w:val="24"/>
          <w:szCs w:val="24"/>
          <w:lang w:val="el-GR"/>
        </w:rPr>
        <w:t xml:space="preserve"> </w:t>
      </w:r>
      <w:r>
        <w:rPr>
          <w:rFonts w:ascii="Calibri" w:hAnsi="Calibri" w:cs="Calibri"/>
          <w:sz w:val="24"/>
          <w:szCs w:val="24"/>
          <w:lang w:val="el-GR"/>
        </w:rPr>
        <w:t xml:space="preserve">και </w:t>
      </w:r>
      <w:r>
        <w:rPr>
          <w:rFonts w:ascii="Calibri" w:hAnsi="Calibri" w:cs="Calibri"/>
          <w:sz w:val="24"/>
          <w:szCs w:val="24"/>
          <w:lang w:val="en-GB"/>
        </w:rPr>
        <w:t>NOBUDGET</w:t>
      </w:r>
      <w:r w:rsidRPr="00B639C3">
        <w:rPr>
          <w:rFonts w:ascii="Calibri" w:hAnsi="Calibri" w:cs="Calibri"/>
          <w:sz w:val="24"/>
          <w:szCs w:val="24"/>
          <w:lang w:val="el-GR"/>
        </w:rPr>
        <w:t xml:space="preserve">) κατά την τελευταία ημέρα του μήνα αναφοράς </w:t>
      </w:r>
      <w:r>
        <w:rPr>
          <w:rFonts w:ascii="Calibri" w:hAnsi="Calibri" w:cs="Calibri"/>
          <w:sz w:val="24"/>
          <w:szCs w:val="24"/>
          <w:lang w:val="el-GR"/>
        </w:rPr>
        <w:t>έχουν εγγραφεί στους κάτωθι ΑΛΕ 5</w:t>
      </w:r>
      <w:r w:rsidRPr="00B639C3">
        <w:rPr>
          <w:rFonts w:ascii="Calibri" w:hAnsi="Calibri" w:cs="Calibri"/>
          <w:sz w:val="24"/>
          <w:szCs w:val="24"/>
          <w:vertAlign w:val="superscript"/>
          <w:lang w:val="el-GR"/>
        </w:rPr>
        <w:t>ου</w:t>
      </w:r>
      <w:r>
        <w:rPr>
          <w:rFonts w:ascii="Calibri" w:hAnsi="Calibri" w:cs="Calibri"/>
          <w:sz w:val="24"/>
          <w:szCs w:val="24"/>
          <w:lang w:val="el-GR"/>
        </w:rPr>
        <w:t xml:space="preserve"> βαθμού ανάλυσης του προτεινόμενου σχεδίου προϋπολογισμού.</w:t>
      </w:r>
    </w:p>
    <w:p w14:paraId="7EADD094" w14:textId="77777777" w:rsidR="004D678D" w:rsidRPr="00B639C3" w:rsidRDefault="004D678D" w:rsidP="004D678D">
      <w:pPr>
        <w:rPr>
          <w:rFonts w:ascii="Calibri" w:hAnsi="Calibri" w:cs="Calibri"/>
          <w:sz w:val="24"/>
          <w:szCs w:val="24"/>
          <w:lang w:val="el-GR"/>
        </w:rPr>
      </w:pPr>
    </w:p>
    <w:tbl>
      <w:tblPr>
        <w:tblW w:w="10645" w:type="dxa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547"/>
        <w:gridCol w:w="4111"/>
        <w:gridCol w:w="2126"/>
        <w:gridCol w:w="1843"/>
        <w:gridCol w:w="18"/>
      </w:tblGrid>
      <w:tr w:rsidR="004D678D" w14:paraId="600D1463" w14:textId="77777777" w:rsidTr="006D5DDA">
        <w:trPr>
          <w:cantSplit/>
          <w:trHeight w:val="510"/>
          <w:tblHeader/>
          <w:jc w:val="center"/>
        </w:trPr>
        <w:tc>
          <w:tcPr>
            <w:tcW w:w="2547" w:type="dxa"/>
            <w:shd w:val="clear" w:color="auto" w:fill="D9E2F3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D27B307" w14:textId="77777777" w:rsidR="004D678D" w:rsidRPr="004D678D" w:rsidRDefault="004D678D" w:rsidP="006D5DD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D678D">
              <w:rPr>
                <w:rFonts w:asciiTheme="majorHAnsi" w:eastAsia="Calibri" w:hAnsiTheme="majorHAnsi" w:cstheme="majorHAnsi"/>
                <w:b/>
                <w:color w:val="000000"/>
                <w:sz w:val="24"/>
                <w:szCs w:val="24"/>
              </w:rPr>
              <w:t>ΑΛΕ</w:t>
            </w:r>
          </w:p>
        </w:tc>
        <w:tc>
          <w:tcPr>
            <w:tcW w:w="4111" w:type="dxa"/>
            <w:shd w:val="clear" w:color="auto" w:fill="D9E2F3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70BF7B9" w14:textId="77777777" w:rsidR="004D678D" w:rsidRPr="004D678D" w:rsidRDefault="004D678D" w:rsidP="006D5DD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D678D">
              <w:rPr>
                <w:rFonts w:asciiTheme="majorHAnsi" w:eastAsia="Calibri" w:hAnsiTheme="majorHAnsi" w:cstheme="majorHAnsi"/>
                <w:b/>
                <w:color w:val="000000"/>
                <w:sz w:val="24"/>
                <w:szCs w:val="24"/>
              </w:rPr>
              <w:t>Περιγραφή ΑΛΕ</w:t>
            </w:r>
          </w:p>
        </w:tc>
        <w:tc>
          <w:tcPr>
            <w:tcW w:w="2126" w:type="dxa"/>
            <w:shd w:val="clear" w:color="auto" w:fill="D9E2F3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12B4881" w14:textId="77777777" w:rsidR="004D678D" w:rsidRPr="004D678D" w:rsidRDefault="004D678D" w:rsidP="006D5DD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D678D">
              <w:rPr>
                <w:rFonts w:asciiTheme="majorHAnsi" w:eastAsia="Calibri" w:hAnsiTheme="majorHAnsi" w:cstheme="majorHAnsi"/>
                <w:b/>
                <w:color w:val="000000"/>
                <w:sz w:val="24"/>
                <w:szCs w:val="24"/>
              </w:rPr>
              <w:t>Εκτιμήσεις</w:t>
            </w:r>
            <w:r w:rsidRPr="004D678D">
              <w:rPr>
                <w:rFonts w:asciiTheme="majorHAnsi" w:hAnsiTheme="majorHAnsi" w:cstheme="majorHAnsi"/>
                <w:sz w:val="24"/>
                <w:szCs w:val="24"/>
              </w:rPr>
              <w:br/>
            </w:r>
            <w:r w:rsidRPr="004D678D">
              <w:rPr>
                <w:rFonts w:asciiTheme="majorHAnsi" w:eastAsia="Calibri" w:hAnsiTheme="majorHAnsi" w:cstheme="majorHAnsi"/>
                <w:b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61" w:type="dxa"/>
            <w:gridSpan w:val="2"/>
            <w:shd w:val="clear" w:color="auto" w:fill="D9E2F3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4893D9A" w14:textId="77777777" w:rsidR="004D678D" w:rsidRPr="004D678D" w:rsidRDefault="004D678D" w:rsidP="006D5DD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D678D">
              <w:rPr>
                <w:rFonts w:asciiTheme="majorHAnsi" w:eastAsia="Calibri" w:hAnsiTheme="majorHAnsi" w:cstheme="majorHAnsi"/>
                <w:b/>
                <w:color w:val="000000"/>
                <w:sz w:val="24"/>
                <w:szCs w:val="24"/>
              </w:rPr>
              <w:t>Προβλέψεις</w:t>
            </w:r>
            <w:r w:rsidRPr="004D678D">
              <w:rPr>
                <w:rFonts w:asciiTheme="majorHAnsi" w:hAnsiTheme="majorHAnsi" w:cstheme="majorHAnsi"/>
                <w:sz w:val="24"/>
                <w:szCs w:val="24"/>
              </w:rPr>
              <w:br/>
            </w:r>
            <w:r w:rsidRPr="004D678D">
              <w:rPr>
                <w:rFonts w:asciiTheme="majorHAnsi" w:eastAsia="Calibri" w:hAnsiTheme="majorHAnsi" w:cstheme="majorHAnsi"/>
                <w:b/>
                <w:color w:val="000000"/>
                <w:sz w:val="24"/>
                <w:szCs w:val="24"/>
              </w:rPr>
              <w:t>2026</w:t>
            </w:r>
          </w:p>
        </w:tc>
      </w:tr>
      <w:tr w:rsidR="004D678D" w14:paraId="4D51B5F9" w14:textId="77777777" w:rsidTr="006D5DDA">
        <w:trPr>
          <w:gridAfter w:val="1"/>
          <w:wAfter w:w="18" w:type="dxa"/>
          <w:cantSplit/>
          <w:trHeight w:val="408"/>
          <w:jc w:val="center"/>
        </w:trPr>
        <w:tc>
          <w:tcPr>
            <w:tcW w:w="2547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70D3F2D4" w14:textId="77777777" w:rsidR="007D389E" w:rsidRDefault="00A6284C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ALE44_1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4111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0E179931" w14:textId="77777777" w:rsidR="007D389E" w:rsidRDefault="00A6284C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DESC44_1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2126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3A5CAF1D" w14:textId="77777777" w:rsidR="007D389E" w:rsidRDefault="00A6284C">
            <w:pPr>
              <w:spacing w:after="0"/>
              <w:jc w:val="right"/>
              <w:rPr>
                <w:rFonts w:asciiTheme="majorHAnsi" w:hAnsiTheme="majorHAnsi" w:cstheme="majorHAnsi"/>
                <w:sz w:val="24"/>
                <w:szCs w:val="24"/>
                <w:lang w:val="el-GR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EST44_2025_1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1843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10B6BBDD" w14:textId="77777777" w:rsidR="007D389E" w:rsidRDefault="00A6284C">
            <w:pPr>
              <w:spacing w:after="0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PROJ44_2026_1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</w:tr>
      <w:tr w:rsidR="004D678D" w14:paraId="499EFB01" w14:textId="77777777" w:rsidTr="006D5DDA">
        <w:trPr>
          <w:gridAfter w:val="1"/>
          <w:wAfter w:w="18" w:type="dxa"/>
          <w:cantSplit/>
          <w:trHeight w:val="408"/>
          <w:jc w:val="center"/>
        </w:trPr>
        <w:tc>
          <w:tcPr>
            <w:tcW w:w="2547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2BEDD22" w14:textId="77777777" w:rsidR="007D389E" w:rsidRDefault="00A6284C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fldChar w:fldCharType="begin">
                <w:ffData>
                  <w:name w:val="ALE44_2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4111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7F364CB8" w14:textId="77777777" w:rsidR="007D389E" w:rsidRDefault="00A6284C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DESC44_2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2126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612A3A35" w14:textId="77777777" w:rsidR="007D389E" w:rsidRDefault="00A6284C">
            <w:pPr>
              <w:spacing w:after="0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EST44_2025_2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1843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2C07FDC3" w14:textId="77777777" w:rsidR="007D389E" w:rsidRDefault="00A6284C">
            <w:pPr>
              <w:spacing w:after="0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PROJ44_2026_2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</w:tr>
      <w:tr w:rsidR="004D678D" w14:paraId="790A6314" w14:textId="77777777" w:rsidTr="006D5DDA">
        <w:trPr>
          <w:gridAfter w:val="1"/>
          <w:wAfter w:w="18" w:type="dxa"/>
          <w:cantSplit/>
          <w:trHeight w:val="408"/>
          <w:jc w:val="center"/>
        </w:trPr>
        <w:tc>
          <w:tcPr>
            <w:tcW w:w="2547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7310350B" w14:textId="77777777" w:rsidR="007D389E" w:rsidRDefault="00A6284C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ALE44_3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4111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4FCFE579" w14:textId="77777777" w:rsidR="007D389E" w:rsidRDefault="00A6284C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DESC44_3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2126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75A3442C" w14:textId="77777777" w:rsidR="007D389E" w:rsidRDefault="00A6284C">
            <w:pPr>
              <w:spacing w:after="0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EST44_2025_3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1843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137B376F" w14:textId="77777777" w:rsidR="007D389E" w:rsidRDefault="00A6284C">
            <w:pPr>
              <w:spacing w:after="0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PROJ44_2026_3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</w:tr>
      <w:tr w:rsidR="004D678D" w14:paraId="7FA5B45D" w14:textId="77777777" w:rsidTr="006D5DDA">
        <w:trPr>
          <w:gridAfter w:val="1"/>
          <w:wAfter w:w="18" w:type="dxa"/>
          <w:cantSplit/>
          <w:trHeight w:val="408"/>
          <w:jc w:val="center"/>
        </w:trPr>
        <w:tc>
          <w:tcPr>
            <w:tcW w:w="2547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1E87FA97" w14:textId="77777777" w:rsidR="007D389E" w:rsidRDefault="00A6284C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ALE44_4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4111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61A5444D" w14:textId="77777777" w:rsidR="007D389E" w:rsidRDefault="00A6284C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DESC44_4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2126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1C3A28D3" w14:textId="77777777" w:rsidR="007D389E" w:rsidRDefault="00A6284C">
            <w:pPr>
              <w:spacing w:after="0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EST44_2025_4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1843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7E3CDAE0" w14:textId="77777777" w:rsidR="007D389E" w:rsidRDefault="00A6284C">
            <w:pPr>
              <w:spacing w:after="0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PROJ44_2026_4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</w:tr>
      <w:tr w:rsidR="004D678D" w14:paraId="623FF737" w14:textId="77777777" w:rsidTr="006D5DDA">
        <w:trPr>
          <w:gridAfter w:val="1"/>
          <w:wAfter w:w="18" w:type="dxa"/>
          <w:cantSplit/>
          <w:trHeight w:val="408"/>
          <w:jc w:val="center"/>
        </w:trPr>
        <w:tc>
          <w:tcPr>
            <w:tcW w:w="2547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130550B2" w14:textId="77777777" w:rsidR="007D389E" w:rsidRDefault="00A6284C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ALE44_5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4111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4DF56859" w14:textId="77777777" w:rsidR="007D389E" w:rsidRDefault="00A6284C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DESC44_5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2126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AB0F433" w14:textId="77777777" w:rsidR="007D389E" w:rsidRDefault="00A6284C">
            <w:pPr>
              <w:spacing w:after="0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EST44_2025_5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1843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1952882" w14:textId="77777777" w:rsidR="007D389E" w:rsidRDefault="00A6284C">
            <w:pPr>
              <w:spacing w:after="0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PROJ44_2026_5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</w:tr>
      <w:tr w:rsidR="004D678D" w14:paraId="7ECB5016" w14:textId="77777777" w:rsidTr="006D5DDA">
        <w:trPr>
          <w:gridAfter w:val="1"/>
          <w:wAfter w:w="18" w:type="dxa"/>
          <w:cantSplit/>
          <w:trHeight w:val="408"/>
          <w:jc w:val="center"/>
        </w:trPr>
        <w:tc>
          <w:tcPr>
            <w:tcW w:w="2547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4AFBD9B6" w14:textId="77777777" w:rsidR="007D389E" w:rsidRDefault="00A6284C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ALE44_6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4111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3ADC0810" w14:textId="77777777" w:rsidR="007D389E" w:rsidRDefault="00A6284C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DESC44_6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2126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262E2BB3" w14:textId="77777777" w:rsidR="007D389E" w:rsidRDefault="00A6284C">
            <w:pPr>
              <w:spacing w:after="0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EST44_2025_6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1843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44F3C5B" w14:textId="77777777" w:rsidR="007D389E" w:rsidRDefault="00A6284C">
            <w:pPr>
              <w:spacing w:after="0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PROJ44_2026_6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</w:tr>
      <w:tr w:rsidR="004D678D" w14:paraId="285D115C" w14:textId="77777777" w:rsidTr="006D5DDA">
        <w:trPr>
          <w:gridAfter w:val="1"/>
          <w:wAfter w:w="18" w:type="dxa"/>
          <w:cantSplit/>
          <w:trHeight w:val="408"/>
          <w:jc w:val="center"/>
        </w:trPr>
        <w:tc>
          <w:tcPr>
            <w:tcW w:w="2547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8CC64CF" w14:textId="77777777" w:rsidR="007D389E" w:rsidRDefault="00A6284C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ALE44_7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4111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34444D1D" w14:textId="77777777" w:rsidR="007D389E" w:rsidRDefault="00A6284C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DESC44_7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2126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3B4F2B4D" w14:textId="77777777" w:rsidR="007D389E" w:rsidRDefault="00A6284C">
            <w:pPr>
              <w:spacing w:after="0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EST44_2025_7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1843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673CF3AD" w14:textId="77777777" w:rsidR="007D389E" w:rsidRDefault="00A6284C">
            <w:pPr>
              <w:spacing w:after="0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PROJ44_2026_7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</w:tr>
      <w:tr w:rsidR="004D678D" w14:paraId="6AC48F4D" w14:textId="77777777" w:rsidTr="006D5DDA">
        <w:trPr>
          <w:gridAfter w:val="1"/>
          <w:wAfter w:w="18" w:type="dxa"/>
          <w:cantSplit/>
          <w:trHeight w:val="408"/>
          <w:jc w:val="center"/>
        </w:trPr>
        <w:tc>
          <w:tcPr>
            <w:tcW w:w="2547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156FC446" w14:textId="77777777" w:rsidR="007D389E" w:rsidRDefault="00A6284C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ALE44_8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4111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7BC980B3" w14:textId="77777777" w:rsidR="007D389E" w:rsidRDefault="00A6284C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DESC44_8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2126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7C5B59F8" w14:textId="77777777" w:rsidR="007D389E" w:rsidRDefault="00A6284C">
            <w:pPr>
              <w:spacing w:after="0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EST44_2025_8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1843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797848A" w14:textId="77777777" w:rsidR="007D389E" w:rsidRDefault="00A6284C">
            <w:pPr>
              <w:spacing w:after="0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PROJ44_2026_8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</w:tr>
      <w:tr w:rsidR="004D678D" w14:paraId="739B0462" w14:textId="77777777" w:rsidTr="006D5DDA">
        <w:trPr>
          <w:gridAfter w:val="1"/>
          <w:wAfter w:w="18" w:type="dxa"/>
          <w:cantSplit/>
          <w:trHeight w:val="408"/>
          <w:jc w:val="center"/>
        </w:trPr>
        <w:tc>
          <w:tcPr>
            <w:tcW w:w="2547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11BA6FC4" w14:textId="77777777" w:rsidR="007D389E" w:rsidRDefault="00A6284C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ALE44_9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4111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385E702B" w14:textId="77777777" w:rsidR="007D389E" w:rsidRDefault="00A6284C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DESC44_9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2126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1A0203C8" w14:textId="77777777" w:rsidR="007D389E" w:rsidRDefault="00A6284C">
            <w:pPr>
              <w:spacing w:after="0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EST44_2025_9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1843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A57C12F" w14:textId="77777777" w:rsidR="007D389E" w:rsidRDefault="00A6284C">
            <w:pPr>
              <w:spacing w:after="0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PROJ44_2026_9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</w:tr>
      <w:tr w:rsidR="004D678D" w14:paraId="48CB82C1" w14:textId="77777777" w:rsidTr="006D5DDA">
        <w:trPr>
          <w:gridAfter w:val="1"/>
          <w:wAfter w:w="18" w:type="dxa"/>
          <w:cantSplit/>
          <w:trHeight w:val="408"/>
          <w:jc w:val="center"/>
        </w:trPr>
        <w:tc>
          <w:tcPr>
            <w:tcW w:w="2547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1D041B6A" w14:textId="77777777" w:rsidR="007D389E" w:rsidRDefault="00A6284C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ALE44_10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4111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419C7611" w14:textId="77777777" w:rsidR="007D389E" w:rsidRDefault="00A6284C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DESC44_10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2126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2A6A4BBC" w14:textId="77777777" w:rsidR="007D389E" w:rsidRDefault="00A6284C">
            <w:pPr>
              <w:spacing w:after="0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EST44_2025_10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1843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4AE831CE" w14:textId="77777777" w:rsidR="007D389E" w:rsidRDefault="00A6284C">
            <w:pPr>
              <w:spacing w:after="0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PROJ44_2026_10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ascii="Calibri" w:eastAsia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24"/>
                <w:szCs w:val="24"/>
              </w:rPr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t>0,00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</w:tr>
    </w:tbl>
    <w:p w14:paraId="4263F490" w14:textId="77777777" w:rsidR="004D678D" w:rsidRDefault="004D678D" w:rsidP="004D678D">
      <w:pPr>
        <w:rPr>
          <w:rFonts w:ascii="Calibri" w:eastAsia="Calibri" w:hAnsi="Calibri"/>
          <w:color w:val="000000"/>
          <w:sz w:val="24"/>
          <w:lang w:val="el-GR"/>
        </w:rPr>
      </w:pPr>
    </w:p>
    <w:p w14:paraId="0FAA18F9" w14:textId="77777777" w:rsidR="004D678D" w:rsidRDefault="004D678D" w:rsidP="004D678D">
      <w:pPr>
        <w:tabs>
          <w:tab w:val="left" w:pos="2617"/>
          <w:tab w:val="left" w:pos="6728"/>
          <w:tab w:val="left" w:pos="8854"/>
        </w:tabs>
        <w:ind w:left="70"/>
        <w:rPr>
          <w:rFonts w:ascii="Calibri" w:eastAsia="Calibri" w:hAnsi="Calibri"/>
          <w:color w:val="000000"/>
          <w:sz w:val="24"/>
        </w:rPr>
      </w:pPr>
      <w:r w:rsidRPr="00E146F2">
        <w:rPr>
          <w:rFonts w:ascii="Calibri" w:eastAsia="Calibri" w:hAnsi="Calibri"/>
          <w:color w:val="000000"/>
          <w:sz w:val="24"/>
          <w:lang w:val="el-GR"/>
        </w:rPr>
        <w:tab/>
      </w:r>
      <w:r>
        <w:rPr>
          <w:rFonts w:ascii="Calibri" w:eastAsia="Calibri" w:hAnsi="Calibri"/>
          <w:color w:val="000000"/>
          <w:sz w:val="24"/>
        </w:rPr>
        <w:tab/>
      </w:r>
    </w:p>
    <w:tbl>
      <w:tblPr>
        <w:tblW w:w="10768" w:type="dxa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0768"/>
      </w:tblGrid>
      <w:tr w:rsidR="004D678D" w14:paraId="32E43C8C" w14:textId="77777777" w:rsidTr="006D5DDA">
        <w:trPr>
          <w:trHeight w:val="311"/>
          <w:jc w:val="center"/>
        </w:trPr>
        <w:tc>
          <w:tcPr>
            <w:tcW w:w="10768" w:type="dxa"/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B8CC813" w14:textId="77777777" w:rsidR="004D678D" w:rsidRDefault="004D678D" w:rsidP="006D5DDA">
            <w:pPr>
              <w:spacing w:after="0"/>
            </w:pPr>
            <w:r>
              <w:rPr>
                <w:rFonts w:ascii="Calibri" w:eastAsia="Calibri" w:hAnsi="Calibri"/>
                <w:b/>
                <w:color w:val="1F4E78"/>
                <w:sz w:val="24"/>
              </w:rPr>
              <w:t>Ενδεχόμενες παρατηρήσεις</w:t>
            </w:r>
          </w:p>
        </w:tc>
      </w:tr>
      <w:tr w:rsidR="004D678D" w14:paraId="3307601E" w14:textId="77777777" w:rsidTr="006D5DDA">
        <w:trPr>
          <w:trHeight w:val="1474"/>
          <w:jc w:val="center"/>
        </w:trPr>
        <w:tc>
          <w:tcPr>
            <w:tcW w:w="10768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390CF" w14:textId="77777777" w:rsidR="004D678D" w:rsidRDefault="004D678D" w:rsidP="006D5DDA">
            <w:pPr>
              <w:spacing w:after="0"/>
            </w:pPr>
            <w:r>
              <w:rPr>
                <w:rFonts w:ascii="Calibri" w:eastAsia="Calibri" w:hAnsi="Calibri"/>
                <w:color w:val="000000"/>
                <w:sz w:val="24"/>
              </w:rPr>
              <w:fldChar w:fldCharType="begin">
                <w:ffData>
                  <w:name w:val="COMMENTS_44"/>
                  <w:enabled/>
                  <w:calcOnExit/>
                  <w:textInput/>
                </w:ffData>
              </w:fldChar>
            </w:r>
            <w:r>
              <w:rPr>
                <w:rFonts w:ascii="Calibri" w:eastAsia="Calibri" w:hAnsi="Calibri"/>
                <w:color w:val="000000"/>
                <w:sz w:val="24"/>
              </w:rPr>
              <w:instrText xml:space="preserve"> FORMTEXT </w:instrText>
            </w:r>
            <w:r>
              <w:rPr>
                <w:rFonts w:ascii="Calibri" w:eastAsia="Calibri" w:hAnsi="Calibri"/>
                <w:color w:val="000000"/>
                <w:sz w:val="24"/>
              </w:rPr>
            </w:r>
            <w:r>
              <w:rPr>
                <w:rFonts w:ascii="Calibri" w:eastAsia="Calibri" w:hAnsi="Calibri"/>
                <w:color w:val="000000"/>
                <w:sz w:val="24"/>
              </w:rPr>
              <w:fldChar w:fldCharType="separate"/>
            </w:r>
            <w:r>
              <w:rPr>
                <w:rFonts w:ascii="Calibri" w:eastAsia="Calibri" w:hAnsi="Calibri"/>
                <w:color w:val="000000"/>
                <w:sz w:val="24"/>
              </w:rPr>
              <w:fldChar w:fldCharType="end"/>
            </w:r>
          </w:p>
        </w:tc>
      </w:tr>
    </w:tbl>
    <w:p w14:paraId="7C1CFF63" w14:textId="77777777" w:rsidR="00BF136A" w:rsidRDefault="00BF136A">
      <w:pPr>
        <w:spacing w:after="0"/>
        <w:sectPr w:rsidR="00BF136A" w:rsidSect="002E70FD">
          <w:footerReference w:type="default" r:id="rId16"/>
          <w:type w:val="continuous"/>
          <w:pgSz w:w="12240" w:h="15840"/>
          <w:pgMar w:top="851" w:right="851" w:bottom="851" w:left="851" w:header="720" w:footer="720" w:gutter="0"/>
          <w:cols w:space="720"/>
          <w:docGrid w:linePitch="360"/>
        </w:sectPr>
      </w:pPr>
    </w:p>
    <w:p w14:paraId="7F7E66F5" w14:textId="77777777" w:rsidR="00BF136A" w:rsidRDefault="00BF136A">
      <w:pPr>
        <w:spacing w:after="240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56"/>
        <w:gridCol w:w="5156"/>
      </w:tblGrid>
      <w:tr w:rsidR="00785BAA" w:rsidRPr="000A73F9" w14:paraId="6352F009" w14:textId="77777777" w:rsidTr="006C6B46">
        <w:trPr>
          <w:cantSplit/>
          <w:trHeight w:val="2232"/>
          <w:jc w:val="center"/>
        </w:trPr>
        <w:tc>
          <w:tcPr>
            <w:tcW w:w="515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40B7B8" w14:textId="6F798BD0" w:rsidR="00785BAA" w:rsidRPr="00DB4006" w:rsidRDefault="00785BAA" w:rsidP="006C6B46">
            <w:pPr>
              <w:keepNext/>
              <w:spacing w:after="0"/>
              <w:jc w:val="center"/>
              <w:rPr>
                <w:lang w:val="el-GR"/>
              </w:rPr>
            </w:pPr>
            <w:r w:rsidRPr="00DB4006">
              <w:rPr>
                <w:rFonts w:ascii="Calibri" w:eastAsia="Calibri" w:hAnsi="Calibri" w:cs="Calibri"/>
                <w:color w:val="000000"/>
                <w:sz w:val="24"/>
                <w:lang w:val="el-GR"/>
              </w:rPr>
              <w:t>Ο Προϊστάμενος της Οικονομικής Υπηρεσίας</w:t>
            </w:r>
            <w:r w:rsidRPr="00DB4006">
              <w:rPr>
                <w:rFonts w:ascii="Calibri" w:eastAsia="Calibri" w:hAnsi="Calibri" w:cs="Calibri"/>
                <w:color w:val="000000"/>
                <w:sz w:val="24"/>
                <w:lang w:val="el-GR"/>
              </w:rPr>
              <w:br/>
            </w:r>
            <w:r w:rsidRPr="00DB4006">
              <w:rPr>
                <w:rFonts w:ascii="Calibri" w:eastAsia="Calibri" w:hAnsi="Calibri" w:cs="Calibri"/>
                <w:color w:val="000000"/>
                <w:sz w:val="24"/>
                <w:lang w:val="el-GR"/>
              </w:rPr>
              <w:br/>
            </w:r>
            <w:r w:rsidRPr="00DB4006">
              <w:rPr>
                <w:rFonts w:ascii="Calibri" w:eastAsia="Calibri" w:hAnsi="Calibri" w:cs="Calibri"/>
                <w:color w:val="000000"/>
                <w:sz w:val="24"/>
                <w:lang w:val="el-GR"/>
              </w:rPr>
              <w:br/>
            </w:r>
            <w:r w:rsidRPr="00DB4006">
              <w:rPr>
                <w:rFonts w:ascii="Calibri" w:eastAsia="Calibri" w:hAnsi="Calibri" w:cs="Calibri"/>
                <w:color w:val="000000"/>
                <w:sz w:val="24"/>
                <w:lang w:val="el-GR"/>
              </w:rPr>
              <w:br/>
            </w:r>
            <w:r w:rsidRPr="00DB4006">
              <w:rPr>
                <w:rFonts w:ascii="Calibri" w:eastAsia="Calibri" w:hAnsi="Calibri" w:cs="Calibri"/>
                <w:color w:val="000000"/>
                <w:sz w:val="24"/>
                <w:lang w:val="el-GR"/>
              </w:rPr>
              <w:br/>
              <w:t>[Υπογραφή]</w:t>
            </w:r>
          </w:p>
        </w:tc>
        <w:tc>
          <w:tcPr>
            <w:tcW w:w="515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D4EB47" w14:textId="39E3978A" w:rsidR="00785BAA" w:rsidRPr="00DB4006" w:rsidRDefault="00785BAA" w:rsidP="006C6B46">
            <w:pPr>
              <w:keepNext/>
              <w:spacing w:after="0"/>
              <w:jc w:val="center"/>
              <w:rPr>
                <w:lang w:val="el-GR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lang w:val="el-GR"/>
              </w:rPr>
              <w:fldChar w:fldCharType="begin"/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lang w:val="el-GR"/>
              </w:rPr>
              <w:instrText xml:space="preserve"> IF "</w:instrTex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lang w:val="el-GR"/>
              </w:rPr>
              <w:fldChar w:fldCharType="begin"/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lang w:val="el-GR"/>
              </w:rPr>
              <w:instrText xml:space="preserve"> REF HEAD_ROLE </w:instrTex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lang w:val="el-GR"/>
              </w:rPr>
              <w:fldChar w:fldCharType="separate"/>
            </w:r>
            <w:r w:rsidR="004D25CC">
              <w:instrText>Δήμαρχος</w:instrTex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lang w:val="el-GR"/>
              </w:rPr>
              <w:fldChar w:fldCharType="end"/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lang w:val="el-GR"/>
              </w:rPr>
              <w:instrText xml:space="preserve">" = "[Επιλέξτε]" "" "Ο </w:instrTex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lang w:val="el-GR"/>
              </w:rPr>
              <w:fldChar w:fldCharType="begin"/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lang w:val="el-GR"/>
              </w:rPr>
              <w:instrText xml:space="preserve"> REF HEAD_ROLE </w:instrTex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lang w:val="el-GR"/>
              </w:rPr>
              <w:fldChar w:fldCharType="separate"/>
            </w:r>
            <w:r w:rsidR="004D25CC">
              <w:instrText>Δήμαρχος</w:instrTex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lang w:val="el-GR"/>
              </w:rPr>
              <w:fldChar w:fldCharType="end"/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lang w:val="el-GR"/>
              </w:rPr>
              <w:instrText xml:space="preserve">" </w:instrTex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lang w:val="el-GR"/>
              </w:rPr>
              <w:fldChar w:fldCharType="separate"/>
            </w:r>
            <w:r w:rsidR="004D25CC">
              <w:rPr>
                <w:rFonts w:ascii="Calibri" w:eastAsia="Calibri" w:hAnsi="Calibri" w:cs="Calibri"/>
                <w:noProof/>
                <w:color w:val="000000"/>
                <w:sz w:val="24"/>
                <w:szCs w:val="24"/>
                <w:lang w:val="el-GR"/>
              </w:rPr>
              <w:t xml:space="preserve">Ο </w:t>
            </w:r>
            <w:r w:rsidR="004D25CC">
              <w:rPr>
                <w:noProof/>
              </w:rPr>
              <w:t>Δήμαρχος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lang w:val="el-GR"/>
              </w:rPr>
              <w:fldChar w:fldCharType="end"/>
            </w:r>
            <w:r w:rsidRPr="00DB4006">
              <w:rPr>
                <w:rFonts w:ascii="Calibri" w:eastAsia="Calibri" w:hAnsi="Calibri" w:cs="Calibri"/>
                <w:color w:val="000000"/>
                <w:sz w:val="24"/>
                <w:lang w:val="el-GR"/>
              </w:rPr>
              <w:br/>
            </w:r>
            <w:r w:rsidRPr="00DB4006">
              <w:rPr>
                <w:rFonts w:ascii="Calibri" w:eastAsia="Calibri" w:hAnsi="Calibri" w:cs="Calibri"/>
                <w:color w:val="000000"/>
                <w:sz w:val="24"/>
                <w:lang w:val="el-GR"/>
              </w:rPr>
              <w:br/>
            </w:r>
            <w:r w:rsidRPr="00DB4006">
              <w:rPr>
                <w:rFonts w:ascii="Calibri" w:eastAsia="Calibri" w:hAnsi="Calibri" w:cs="Calibri"/>
                <w:color w:val="000000"/>
                <w:sz w:val="24"/>
                <w:lang w:val="el-GR"/>
              </w:rPr>
              <w:br/>
            </w:r>
            <w:r w:rsidRPr="00DB4006">
              <w:rPr>
                <w:rFonts w:ascii="Calibri" w:eastAsia="Calibri" w:hAnsi="Calibri" w:cs="Calibri"/>
                <w:color w:val="000000"/>
                <w:sz w:val="24"/>
                <w:lang w:val="el-GR"/>
              </w:rPr>
              <w:br/>
            </w:r>
            <w:r w:rsidRPr="00DB4006">
              <w:rPr>
                <w:rFonts w:ascii="Calibri" w:eastAsia="Calibri" w:hAnsi="Calibri" w:cs="Calibri"/>
                <w:color w:val="000000"/>
                <w:sz w:val="24"/>
                <w:lang w:val="el-GR"/>
              </w:rPr>
              <w:br/>
              <w:t>[Υπογραφή]</w:t>
            </w:r>
          </w:p>
        </w:tc>
      </w:tr>
      <w:tr w:rsidR="00785BAA" w:rsidRPr="000A73F9" w14:paraId="4AE53F48" w14:textId="77777777" w:rsidTr="006C6B46">
        <w:trPr>
          <w:cantSplit/>
          <w:trHeight w:hRule="exact" w:val="40"/>
          <w:jc w:val="center"/>
        </w:trPr>
        <w:tc>
          <w:tcPr>
            <w:tcW w:w="5156" w:type="dxa"/>
            <w:tcBorders>
              <w:top w:val="nil"/>
              <w:left w:val="nil"/>
              <w:bottom w:val="nil"/>
              <w:right w:val="nil"/>
            </w:tcBorders>
          </w:tcPr>
          <w:p w14:paraId="7FCF8306" w14:textId="77777777" w:rsidR="00785BAA" w:rsidRPr="00F23748" w:rsidRDefault="00785BAA" w:rsidP="006C6B46">
            <w:pPr>
              <w:jc w:val="center"/>
              <w:rPr>
                <w:rFonts w:ascii="Calibri" w:hAnsi="Calibri" w:cs="Calibri"/>
                <w:sz w:val="20"/>
                <w:szCs w:val="24"/>
                <w:lang w:val="el-GR"/>
              </w:rPr>
            </w:pPr>
          </w:p>
        </w:tc>
        <w:tc>
          <w:tcPr>
            <w:tcW w:w="5156" w:type="dxa"/>
            <w:tcBorders>
              <w:top w:val="nil"/>
              <w:left w:val="nil"/>
              <w:bottom w:val="nil"/>
              <w:right w:val="nil"/>
            </w:tcBorders>
          </w:tcPr>
          <w:p w14:paraId="56E283C0" w14:textId="77777777" w:rsidR="00785BAA" w:rsidRPr="00F23748" w:rsidRDefault="00785BAA" w:rsidP="006C6B46">
            <w:pPr>
              <w:jc w:val="center"/>
              <w:rPr>
                <w:rFonts w:ascii="Calibri" w:hAnsi="Calibri" w:cs="Calibri"/>
                <w:sz w:val="20"/>
                <w:szCs w:val="24"/>
                <w:lang w:val="el-GR"/>
              </w:rPr>
            </w:pPr>
          </w:p>
        </w:tc>
      </w:tr>
    </w:tbl>
    <w:p w14:paraId="57B98186" w14:textId="77777777" w:rsidR="00785BAA" w:rsidRPr="00F23748" w:rsidRDefault="00785BAA">
      <w:pPr>
        <w:rPr>
          <w:rFonts w:ascii="Calibri" w:hAnsi="Calibri" w:cs="Calibri"/>
          <w:sz w:val="20"/>
          <w:szCs w:val="24"/>
          <w:lang w:val="el-GR"/>
        </w:rPr>
      </w:pPr>
    </w:p>
    <w:sectPr w:rsidR="00785BAA" w:rsidRPr="00F23748" w:rsidSect="00651415">
      <w:footerReference w:type="default" r:id="rId17"/>
      <w:type w:val="continuous"/>
      <w:pgSz w:w="12240" w:h="15840"/>
      <w:pgMar w:top="851" w:right="851" w:bottom="851" w:left="851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8D367" w14:textId="77777777" w:rsidR="000E341C" w:rsidRDefault="000E341C">
      <w:pPr>
        <w:spacing w:after="0"/>
      </w:pPr>
      <w:r>
        <w:separator/>
      </w:r>
    </w:p>
  </w:endnote>
  <w:endnote w:type="continuationSeparator" w:id="0">
    <w:p w14:paraId="626D5AAC" w14:textId="77777777" w:rsidR="000E341C" w:rsidRDefault="000E34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29854" w14:textId="77777777" w:rsidR="00C151C2" w:rsidRPr="00F23748" w:rsidRDefault="009A40E7">
    <w:pPr>
      <w:pStyle w:val="a6"/>
      <w:jc w:val="center"/>
      <w:rPr>
        <w:lang w:val="el-GR"/>
      </w:rPr>
    </w:pPr>
    <w:r w:rsidRPr="00F23748">
      <w:rPr>
        <w:color w:val="646464"/>
        <w:sz w:val="16"/>
        <w:lang w:val="el-GR"/>
      </w:rPr>
      <w:t>Υπόδειγμα Έκθεσης Σχεδίου Π/Υ 2027 – ΟΤΑ/ΝΠΔΔ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E699C" w14:textId="77777777" w:rsidR="00C151C2" w:rsidRPr="00F23748" w:rsidRDefault="009A40E7">
    <w:pPr>
      <w:pStyle w:val="a6"/>
      <w:jc w:val="center"/>
      <w:rPr>
        <w:lang w:val="el-GR"/>
      </w:rPr>
    </w:pPr>
    <w:r w:rsidRPr="00F23748">
      <w:rPr>
        <w:color w:val="646464"/>
        <w:sz w:val="16"/>
        <w:lang w:val="el-GR"/>
      </w:rPr>
      <w:t>Υπόδειγμα Έκθεσης Σχεδίου Π/Υ 2027 – ΟΤΑ/ΝΠΔΔ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C26B0" w14:textId="77777777" w:rsidR="00C151C2" w:rsidRPr="00F23748" w:rsidRDefault="009A40E7">
    <w:pPr>
      <w:pStyle w:val="a6"/>
      <w:jc w:val="center"/>
      <w:rPr>
        <w:lang w:val="el-GR"/>
      </w:rPr>
    </w:pPr>
    <w:r w:rsidRPr="00F23748">
      <w:rPr>
        <w:color w:val="646464"/>
        <w:sz w:val="16"/>
        <w:lang w:val="el-GR"/>
      </w:rPr>
      <w:t>Υπόδειγμα Έκθεσης Σχεδίου Π/Υ 2027 – ΟΤΑ/ΝΠΔΔ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67DC4" w14:textId="77777777" w:rsidR="00C151C2" w:rsidRPr="00F23748" w:rsidRDefault="009A40E7">
    <w:pPr>
      <w:pStyle w:val="a6"/>
      <w:jc w:val="center"/>
      <w:rPr>
        <w:lang w:val="el-GR"/>
      </w:rPr>
    </w:pPr>
    <w:r w:rsidRPr="00F23748">
      <w:rPr>
        <w:color w:val="646464"/>
        <w:sz w:val="16"/>
        <w:lang w:val="el-GR"/>
      </w:rPr>
      <w:t>Υπόδειγμα Έκθεσης Σχεδίου Π/Υ 2027 – ΟΤΑ/ΝΠΔΔ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76554" w14:textId="77777777" w:rsidR="00C151C2" w:rsidRPr="00F23748" w:rsidRDefault="009A40E7">
    <w:pPr>
      <w:pStyle w:val="a6"/>
      <w:jc w:val="center"/>
      <w:rPr>
        <w:lang w:val="el-GR"/>
      </w:rPr>
    </w:pPr>
    <w:r w:rsidRPr="00F23748">
      <w:rPr>
        <w:color w:val="646464"/>
        <w:sz w:val="16"/>
        <w:lang w:val="el-GR"/>
      </w:rPr>
      <w:t>Υπόδειγμα Έκθεσης Σχεδίου Π/Υ 2027 – ΟΤΑ/ΝΠΔΔ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95EFE" w14:textId="77777777" w:rsidR="00C151C2" w:rsidRPr="00F23748" w:rsidRDefault="009A40E7">
    <w:pPr>
      <w:pStyle w:val="a6"/>
      <w:jc w:val="center"/>
      <w:rPr>
        <w:lang w:val="el-GR"/>
      </w:rPr>
    </w:pPr>
    <w:r w:rsidRPr="00F23748">
      <w:rPr>
        <w:color w:val="646464"/>
        <w:sz w:val="16"/>
        <w:lang w:val="el-GR"/>
      </w:rPr>
      <w:t>Υπόδειγμα Έκθεσης Σχεδίου Π/Υ 2027 – ΟΤΑ/ΝΠΔΔ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B5368" w14:textId="77777777" w:rsidR="00C151C2" w:rsidRPr="00F23748" w:rsidRDefault="009A40E7">
    <w:pPr>
      <w:pStyle w:val="a6"/>
      <w:jc w:val="center"/>
      <w:rPr>
        <w:lang w:val="el-GR"/>
      </w:rPr>
    </w:pPr>
    <w:r w:rsidRPr="00F23748">
      <w:rPr>
        <w:color w:val="646464"/>
        <w:sz w:val="16"/>
        <w:lang w:val="el-GR"/>
      </w:rPr>
      <w:t>Υπόδειγμα Έκθεσης Σχεδίου Π/Υ 2027 – ΟΤΑ/ΝΠΔΔ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F30FF" w14:textId="77777777" w:rsidR="00C151C2" w:rsidRPr="00F23748" w:rsidRDefault="009A40E7">
    <w:pPr>
      <w:pStyle w:val="a6"/>
      <w:jc w:val="center"/>
      <w:rPr>
        <w:lang w:val="el-GR"/>
      </w:rPr>
    </w:pPr>
    <w:r w:rsidRPr="00F23748">
      <w:rPr>
        <w:color w:val="646464"/>
        <w:sz w:val="16"/>
        <w:lang w:val="el-GR"/>
      </w:rPr>
      <w:t>Υπόδειγμα Έκθεσης Σχεδίου Π/Υ 2027 – ΟΤΑ/ΝΠΔΔ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293C9" w14:textId="77777777" w:rsidR="00C151C2" w:rsidRPr="00F23748" w:rsidRDefault="009A40E7">
    <w:pPr>
      <w:pStyle w:val="a6"/>
      <w:jc w:val="center"/>
      <w:rPr>
        <w:lang w:val="el-GR"/>
      </w:rPr>
    </w:pPr>
    <w:r w:rsidRPr="00F23748">
      <w:rPr>
        <w:color w:val="646464"/>
        <w:sz w:val="16"/>
        <w:lang w:val="el-GR"/>
      </w:rPr>
      <w:t>Υπόδειγμα Έκθεσης Σχεδίου Π/Υ 2027 – ΟΤΑ/ΝΠΔΔ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4D775" w14:textId="77777777" w:rsidR="00C151C2" w:rsidRPr="00F23748" w:rsidRDefault="009A40E7">
    <w:pPr>
      <w:pStyle w:val="a6"/>
      <w:jc w:val="center"/>
      <w:rPr>
        <w:lang w:val="el-GR"/>
      </w:rPr>
    </w:pPr>
    <w:r w:rsidRPr="00F23748">
      <w:rPr>
        <w:color w:val="646464"/>
        <w:sz w:val="16"/>
        <w:lang w:val="el-GR"/>
      </w:rPr>
      <w:t>Υπόδειγμα Έκθεσης Σχεδίου Π/Υ 2027 – ΟΤΑ/ΝΠΔΔ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46545" w14:textId="77777777" w:rsidR="000E341C" w:rsidRDefault="000E341C">
      <w:pPr>
        <w:spacing w:after="0"/>
      </w:pPr>
      <w:r>
        <w:separator/>
      </w:r>
    </w:p>
  </w:footnote>
  <w:footnote w:type="continuationSeparator" w:id="0">
    <w:p w14:paraId="6165E108" w14:textId="77777777" w:rsidR="000E341C" w:rsidRDefault="000E341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61138261">
    <w:abstractNumId w:val="8"/>
  </w:num>
  <w:num w:numId="2" w16cid:durableId="112138398">
    <w:abstractNumId w:val="6"/>
  </w:num>
  <w:num w:numId="3" w16cid:durableId="1972175278">
    <w:abstractNumId w:val="5"/>
  </w:num>
  <w:num w:numId="4" w16cid:durableId="610630868">
    <w:abstractNumId w:val="4"/>
  </w:num>
  <w:num w:numId="5" w16cid:durableId="1031995962">
    <w:abstractNumId w:val="7"/>
  </w:num>
  <w:num w:numId="6" w16cid:durableId="553588288">
    <w:abstractNumId w:val="3"/>
  </w:num>
  <w:num w:numId="7" w16cid:durableId="1176726447">
    <w:abstractNumId w:val="2"/>
  </w:num>
  <w:num w:numId="8" w16cid:durableId="370351390">
    <w:abstractNumId w:val="1"/>
  </w:num>
  <w:num w:numId="9" w16cid:durableId="690108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7DE"/>
    <w:rsid w:val="00034616"/>
    <w:rsid w:val="0006063C"/>
    <w:rsid w:val="000A0C4E"/>
    <w:rsid w:val="000A73F9"/>
    <w:rsid w:val="000C7A37"/>
    <w:rsid w:val="000E341C"/>
    <w:rsid w:val="000E7A6D"/>
    <w:rsid w:val="00107AA4"/>
    <w:rsid w:val="00121937"/>
    <w:rsid w:val="0015074B"/>
    <w:rsid w:val="00152607"/>
    <w:rsid w:val="001607DE"/>
    <w:rsid w:val="00171A82"/>
    <w:rsid w:val="001B7B05"/>
    <w:rsid w:val="001E22C9"/>
    <w:rsid w:val="001E79C0"/>
    <w:rsid w:val="001F249E"/>
    <w:rsid w:val="001F3A76"/>
    <w:rsid w:val="00210DE0"/>
    <w:rsid w:val="0021734C"/>
    <w:rsid w:val="00223B9F"/>
    <w:rsid w:val="00236651"/>
    <w:rsid w:val="00237498"/>
    <w:rsid w:val="00255B66"/>
    <w:rsid w:val="00273B91"/>
    <w:rsid w:val="0029639D"/>
    <w:rsid w:val="002B6E8C"/>
    <w:rsid w:val="002C40B3"/>
    <w:rsid w:val="002E70FD"/>
    <w:rsid w:val="00326F90"/>
    <w:rsid w:val="0033686E"/>
    <w:rsid w:val="00381581"/>
    <w:rsid w:val="003E6F5F"/>
    <w:rsid w:val="00483108"/>
    <w:rsid w:val="004B02A5"/>
    <w:rsid w:val="004B067A"/>
    <w:rsid w:val="004D25CC"/>
    <w:rsid w:val="004D678D"/>
    <w:rsid w:val="00516F26"/>
    <w:rsid w:val="005209C1"/>
    <w:rsid w:val="00567B4C"/>
    <w:rsid w:val="00572FBD"/>
    <w:rsid w:val="005A2EC7"/>
    <w:rsid w:val="005B6B0E"/>
    <w:rsid w:val="005B6FD7"/>
    <w:rsid w:val="005D7E0C"/>
    <w:rsid w:val="006011D8"/>
    <w:rsid w:val="00651415"/>
    <w:rsid w:val="006753F3"/>
    <w:rsid w:val="00690821"/>
    <w:rsid w:val="006A6FB3"/>
    <w:rsid w:val="006D0CC0"/>
    <w:rsid w:val="006D7FE6"/>
    <w:rsid w:val="00703ADB"/>
    <w:rsid w:val="00756EB8"/>
    <w:rsid w:val="00757A51"/>
    <w:rsid w:val="0078445C"/>
    <w:rsid w:val="00785BAA"/>
    <w:rsid w:val="007941F9"/>
    <w:rsid w:val="007C7474"/>
    <w:rsid w:val="007D389E"/>
    <w:rsid w:val="007D5889"/>
    <w:rsid w:val="007F2EFB"/>
    <w:rsid w:val="007F4DF7"/>
    <w:rsid w:val="007F611D"/>
    <w:rsid w:val="0080611C"/>
    <w:rsid w:val="00826604"/>
    <w:rsid w:val="008451E6"/>
    <w:rsid w:val="00863B0B"/>
    <w:rsid w:val="00865152"/>
    <w:rsid w:val="0092509B"/>
    <w:rsid w:val="009720E9"/>
    <w:rsid w:val="009A40E7"/>
    <w:rsid w:val="009C16CC"/>
    <w:rsid w:val="009C3D6D"/>
    <w:rsid w:val="009D5053"/>
    <w:rsid w:val="009E6BAA"/>
    <w:rsid w:val="009F460F"/>
    <w:rsid w:val="009F5AA6"/>
    <w:rsid w:val="00A02B2B"/>
    <w:rsid w:val="00A07D7F"/>
    <w:rsid w:val="00A2589C"/>
    <w:rsid w:val="00A6284C"/>
    <w:rsid w:val="00AA1D8D"/>
    <w:rsid w:val="00AD536C"/>
    <w:rsid w:val="00AE20B6"/>
    <w:rsid w:val="00B1116F"/>
    <w:rsid w:val="00B47730"/>
    <w:rsid w:val="00B62026"/>
    <w:rsid w:val="00B639C3"/>
    <w:rsid w:val="00B81F38"/>
    <w:rsid w:val="00B8480A"/>
    <w:rsid w:val="00B951EF"/>
    <w:rsid w:val="00BB4C24"/>
    <w:rsid w:val="00BB6380"/>
    <w:rsid w:val="00BD6A78"/>
    <w:rsid w:val="00BF136A"/>
    <w:rsid w:val="00C12F80"/>
    <w:rsid w:val="00C151C2"/>
    <w:rsid w:val="00C7160B"/>
    <w:rsid w:val="00C807D8"/>
    <w:rsid w:val="00C97469"/>
    <w:rsid w:val="00CB0664"/>
    <w:rsid w:val="00CB3587"/>
    <w:rsid w:val="00D53DCC"/>
    <w:rsid w:val="00D6258F"/>
    <w:rsid w:val="00D92E5A"/>
    <w:rsid w:val="00DB4006"/>
    <w:rsid w:val="00DC6961"/>
    <w:rsid w:val="00E146F2"/>
    <w:rsid w:val="00E31F6E"/>
    <w:rsid w:val="00E6654C"/>
    <w:rsid w:val="00E677E9"/>
    <w:rsid w:val="00E759FF"/>
    <w:rsid w:val="00E81F4A"/>
    <w:rsid w:val="00E9697E"/>
    <w:rsid w:val="00EB78F2"/>
    <w:rsid w:val="00ED2113"/>
    <w:rsid w:val="00ED61E8"/>
    <w:rsid w:val="00EE0F7B"/>
    <w:rsid w:val="00EF3B45"/>
    <w:rsid w:val="00F04831"/>
    <w:rsid w:val="00F15D16"/>
    <w:rsid w:val="00F23748"/>
    <w:rsid w:val="00F35F27"/>
    <w:rsid w:val="00F54F51"/>
    <w:rsid w:val="00F631D2"/>
    <w:rsid w:val="00F65DB9"/>
    <w:rsid w:val="00F90191"/>
    <w:rsid w:val="00FA555B"/>
    <w:rsid w:val="00FC64F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214EC6"/>
  <w14:defaultImageDpi w14:val="330"/>
  <w15:docId w15:val="{2C631873-BD48-4CFB-B4AB-204B88D60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60" w:line="240" w:lineRule="auto"/>
    </w:pPr>
    <w:rPr>
      <w:rFonts w:ascii="Arial" w:hAnsi="Arial"/>
      <w:sz w:val="19"/>
    </w:rPr>
  </w:style>
  <w:style w:type="paragraph" w:styleId="1">
    <w:name w:val="heading 1"/>
    <w:basedOn w:val="a1"/>
    <w:next w:val="a1"/>
    <w:link w:val="1Char"/>
    <w:uiPriority w:val="9"/>
    <w:qFormat/>
    <w:rsid w:val="00D53DCC"/>
    <w:pPr>
      <w:keepNext/>
      <w:keepLines/>
      <w:shd w:val="clear" w:color="auto" w:fill="365F91" w:themeFill="accent1" w:themeFillShade="BF"/>
      <w:spacing w:before="200" w:after="120"/>
      <w:outlineLvl w:val="0"/>
    </w:pPr>
    <w:rPr>
      <w:rFonts w:asciiTheme="majorHAnsi" w:eastAsiaTheme="majorEastAsia" w:hAnsiTheme="majorHAnsi" w:cstheme="majorBidi"/>
      <w:b/>
      <w:bCs/>
      <w:color w:val="FFFFFF" w:themeColor="background1"/>
      <w:sz w:val="26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4D678D"/>
    <w:pPr>
      <w:keepNext/>
      <w:keepLines/>
      <w:spacing w:before="360" w:after="120"/>
      <w:outlineLvl w:val="1"/>
    </w:pPr>
    <w:rPr>
      <w:rFonts w:asciiTheme="majorHAnsi" w:eastAsiaTheme="majorEastAsia" w:hAnsiTheme="majorHAnsi" w:cstheme="majorBidi"/>
      <w:b/>
      <w:bCs/>
      <w:color w:val="244061" w:themeColor="accent1" w:themeShade="80"/>
      <w:sz w:val="24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Char">
    <w:name w:val="Κεφαλίδα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Char0">
    <w:name w:val="Υποσέλιδο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Επικεφαλίδα 1 Char"/>
    <w:basedOn w:val="a2"/>
    <w:link w:val="1"/>
    <w:uiPriority w:val="9"/>
    <w:rsid w:val="00D53DCC"/>
    <w:rPr>
      <w:rFonts w:asciiTheme="majorHAnsi" w:eastAsiaTheme="majorEastAsia" w:hAnsiTheme="majorHAnsi" w:cstheme="majorBidi"/>
      <w:b/>
      <w:bCs/>
      <w:color w:val="FFFFFF" w:themeColor="background1"/>
      <w:sz w:val="26"/>
      <w:szCs w:val="28"/>
      <w:shd w:val="clear" w:color="auto" w:fill="365F91" w:themeFill="accent1" w:themeFillShade="BF"/>
    </w:rPr>
  </w:style>
  <w:style w:type="character" w:customStyle="1" w:styleId="2Char">
    <w:name w:val="Επικεφαλίδα 2 Char"/>
    <w:basedOn w:val="a2"/>
    <w:link w:val="21"/>
    <w:uiPriority w:val="9"/>
    <w:rsid w:val="004D678D"/>
    <w:rPr>
      <w:rFonts w:asciiTheme="majorHAnsi" w:eastAsiaTheme="majorEastAsia" w:hAnsiTheme="majorHAnsi" w:cstheme="majorBidi"/>
      <w:b/>
      <w:bCs/>
      <w:color w:val="244061" w:themeColor="accent1" w:themeShade="80"/>
      <w:sz w:val="24"/>
      <w:szCs w:val="26"/>
    </w:rPr>
  </w:style>
  <w:style w:type="character" w:customStyle="1" w:styleId="3Char">
    <w:name w:val="Επικεφαλίδα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Τίτλος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Υπότιτλος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Σώμα κειμένου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Σώμα κείμενου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Κείμενο μακροεντολής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Απόσπασμα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Επικεφαλίδα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Επικεφαλίδα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Επικεφαλίδα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Επικεφαλίδα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Επικεφαλίδα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Έντονο απόσπ.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2">
    <w:name w:val="annotation reference"/>
    <w:basedOn w:val="a2"/>
    <w:uiPriority w:val="99"/>
    <w:semiHidden/>
    <w:unhideWhenUsed/>
    <w:rsid w:val="00223B9F"/>
    <w:rPr>
      <w:sz w:val="16"/>
      <w:szCs w:val="16"/>
    </w:rPr>
  </w:style>
  <w:style w:type="paragraph" w:styleId="aff3">
    <w:name w:val="annotation text"/>
    <w:basedOn w:val="a1"/>
    <w:link w:val="Char7"/>
    <w:uiPriority w:val="99"/>
    <w:unhideWhenUsed/>
    <w:rsid w:val="00223B9F"/>
    <w:rPr>
      <w:sz w:val="20"/>
      <w:szCs w:val="20"/>
    </w:rPr>
  </w:style>
  <w:style w:type="character" w:customStyle="1" w:styleId="Char7">
    <w:name w:val="Κείμενο σχολίου Char"/>
    <w:basedOn w:val="a2"/>
    <w:link w:val="aff3"/>
    <w:uiPriority w:val="99"/>
    <w:rsid w:val="00223B9F"/>
    <w:rPr>
      <w:rFonts w:ascii="Arial" w:hAnsi="Arial"/>
      <w:sz w:val="20"/>
      <w:szCs w:val="20"/>
    </w:rPr>
  </w:style>
  <w:style w:type="paragraph" w:styleId="aff4">
    <w:name w:val="annotation subject"/>
    <w:basedOn w:val="aff3"/>
    <w:next w:val="aff3"/>
    <w:link w:val="Char8"/>
    <w:uiPriority w:val="99"/>
    <w:semiHidden/>
    <w:unhideWhenUsed/>
    <w:rsid w:val="00223B9F"/>
    <w:rPr>
      <w:b/>
      <w:bCs/>
    </w:rPr>
  </w:style>
  <w:style w:type="character" w:customStyle="1" w:styleId="Char8">
    <w:name w:val="Θέμα σχολίου Char"/>
    <w:basedOn w:val="Char7"/>
    <w:link w:val="aff4"/>
    <w:uiPriority w:val="99"/>
    <w:semiHidden/>
    <w:rsid w:val="00223B9F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" Type="http://schemas.openxmlformats.org/officeDocument/2006/relationships/numbering" Target="numbering.xml"/><Relationship Id="rId16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2402</Words>
  <Characters>12977</Characters>
  <Application>Microsoft Office Word</Application>
  <DocSecurity>0</DocSecurity>
  <Lines>108</Lines>
  <Paragraphs>30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15349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KOSTAS TRYPOSKOUFIS</cp:lastModifiedBy>
  <cp:revision>4</cp:revision>
  <dcterms:created xsi:type="dcterms:W3CDTF">2026-08-26T12:11:00Z</dcterms:created>
  <dcterms:modified xsi:type="dcterms:W3CDTF">2026-08-27T04:30:00Z</dcterms:modified>
  <cp:category/>
</cp:coreProperties>
</file>